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7A03D" w14:textId="77777777" w:rsidR="00924823" w:rsidRPr="009800BF" w:rsidRDefault="00000000">
      <w:pPr>
        <w:spacing w:after="160"/>
        <w:jc w:val="right"/>
        <w:rPr>
          <w:lang w:val="pl-PL"/>
        </w:rPr>
      </w:pPr>
      <w:r w:rsidRPr="009800BF">
        <w:rPr>
          <w:lang w:val="pl-PL"/>
        </w:rPr>
        <w:t>Załącznik nr 1 do Zapytania ofertowego</w:t>
      </w:r>
    </w:p>
    <w:p w14:paraId="7B2B2FE7" w14:textId="77777777" w:rsidR="00924823" w:rsidRPr="009800BF" w:rsidRDefault="00000000">
      <w:pPr>
        <w:spacing w:after="60"/>
        <w:jc w:val="center"/>
        <w:rPr>
          <w:lang w:val="pl-PL"/>
        </w:rPr>
      </w:pPr>
      <w:r w:rsidRPr="009800BF">
        <w:rPr>
          <w:b/>
          <w:sz w:val="32"/>
          <w:lang w:val="pl-PL"/>
        </w:rPr>
        <w:t>FORMULARZ OFERTOWY</w:t>
      </w:r>
    </w:p>
    <w:p w14:paraId="42D9B8C3" w14:textId="77777777" w:rsidR="00924823" w:rsidRPr="009800BF" w:rsidRDefault="00000000">
      <w:pPr>
        <w:spacing w:after="200"/>
        <w:jc w:val="center"/>
        <w:rPr>
          <w:lang w:val="pl-PL"/>
        </w:rPr>
      </w:pPr>
      <w:r w:rsidRPr="009800BF">
        <w:rPr>
          <w:b/>
          <w:sz w:val="24"/>
          <w:lang w:val="pl-PL"/>
        </w:rPr>
        <w:t>Wykonanie usługi zimowego utrzymania w zakresie odśnieżania dróg gminnych na terenie Gminy Radłów – zima 2026/2027</w:t>
      </w:r>
    </w:p>
    <w:p w14:paraId="3591F6D1" w14:textId="77777777" w:rsidR="00924823" w:rsidRPr="009800BF" w:rsidRDefault="00000000" w:rsidP="006C3443">
      <w:pPr>
        <w:pStyle w:val="Nagwek1"/>
        <w:pBdr>
          <w:top w:val="single" w:sz="4" w:space="1" w:color="auto"/>
          <w:left w:val="single" w:sz="4" w:space="4" w:color="auto"/>
          <w:bottom w:val="single" w:sz="4" w:space="1" w:color="auto"/>
          <w:right w:val="single" w:sz="4" w:space="4" w:color="auto"/>
        </w:pBdr>
        <w:rPr>
          <w:lang w:val="pl-PL"/>
        </w:rPr>
      </w:pPr>
      <w:r w:rsidRPr="009800BF">
        <w:rPr>
          <w:lang w:val="pl-PL"/>
        </w:rPr>
        <w:t>I. Dane Wykonawcy</w:t>
      </w:r>
    </w:p>
    <w:p w14:paraId="3BB691EF" w14:textId="77777777" w:rsidR="00924823" w:rsidRPr="009800BF" w:rsidRDefault="00000000" w:rsidP="008E735F">
      <w:pPr>
        <w:spacing w:after="60" w:line="360" w:lineRule="auto"/>
        <w:jc w:val="left"/>
        <w:rPr>
          <w:lang w:val="pl-PL"/>
        </w:rPr>
      </w:pPr>
      <w:r w:rsidRPr="009800BF">
        <w:rPr>
          <w:lang w:val="pl-PL"/>
        </w:rPr>
        <w:t>Firma / imię i nazwisko:  ................................................................................................................................................</w:t>
      </w:r>
      <w:r w:rsidR="006C3443" w:rsidRPr="009800BF">
        <w:rPr>
          <w:lang w:val="pl-PL"/>
        </w:rPr>
        <w:t>..........................</w:t>
      </w:r>
    </w:p>
    <w:p w14:paraId="660947C7" w14:textId="77777777" w:rsidR="00924823" w:rsidRPr="009800BF" w:rsidRDefault="00000000" w:rsidP="008E735F">
      <w:pPr>
        <w:spacing w:after="60" w:line="360" w:lineRule="auto"/>
        <w:jc w:val="left"/>
        <w:rPr>
          <w:lang w:val="pl-PL"/>
        </w:rPr>
      </w:pPr>
      <w:r w:rsidRPr="009800BF">
        <w:rPr>
          <w:lang w:val="pl-PL"/>
        </w:rPr>
        <w:t>Adres siedziby / zamieszkania:  ................................................................................................................................................</w:t>
      </w:r>
      <w:r w:rsidR="006C3443" w:rsidRPr="009800BF">
        <w:rPr>
          <w:lang w:val="pl-PL"/>
        </w:rPr>
        <w:t>................</w:t>
      </w:r>
    </w:p>
    <w:p w14:paraId="0D1381DA" w14:textId="77777777" w:rsidR="00924823" w:rsidRPr="009800BF" w:rsidRDefault="00000000" w:rsidP="008E735F">
      <w:pPr>
        <w:spacing w:after="60" w:line="360" w:lineRule="auto"/>
        <w:jc w:val="left"/>
        <w:rPr>
          <w:lang w:val="pl-PL"/>
        </w:rPr>
      </w:pPr>
      <w:r w:rsidRPr="009800BF">
        <w:rPr>
          <w:lang w:val="pl-PL"/>
        </w:rPr>
        <w:t>NIP:  ................................................................................................................................................</w:t>
      </w:r>
      <w:r w:rsidR="006C3443" w:rsidRPr="009800BF">
        <w:rPr>
          <w:lang w:val="pl-PL"/>
        </w:rPr>
        <w:t>..........................................................</w:t>
      </w:r>
    </w:p>
    <w:p w14:paraId="40693288" w14:textId="77777777" w:rsidR="00924823" w:rsidRPr="009800BF" w:rsidRDefault="00000000" w:rsidP="008E735F">
      <w:pPr>
        <w:spacing w:after="60" w:line="360" w:lineRule="auto"/>
        <w:jc w:val="left"/>
        <w:rPr>
          <w:lang w:val="pl-PL"/>
        </w:rPr>
      </w:pPr>
      <w:r w:rsidRPr="009800BF">
        <w:rPr>
          <w:lang w:val="pl-PL"/>
        </w:rPr>
        <w:t>REGON (jeżeli dotyczy):  ................................................................................................................................................</w:t>
      </w:r>
      <w:r w:rsidR="006C3443" w:rsidRPr="009800BF">
        <w:rPr>
          <w:lang w:val="pl-PL"/>
        </w:rPr>
        <w:t>........................</w:t>
      </w:r>
    </w:p>
    <w:p w14:paraId="1EC456F0" w14:textId="77777777" w:rsidR="00924823" w:rsidRPr="009800BF" w:rsidRDefault="00000000" w:rsidP="008E735F">
      <w:pPr>
        <w:spacing w:after="60" w:line="360" w:lineRule="auto"/>
        <w:jc w:val="left"/>
        <w:rPr>
          <w:lang w:val="pl-PL"/>
        </w:rPr>
      </w:pPr>
      <w:r w:rsidRPr="009800BF">
        <w:rPr>
          <w:lang w:val="pl-PL"/>
        </w:rPr>
        <w:t>KRS / CEIDG (jeżeli dotyczy):  ................................................................................................................................................</w:t>
      </w:r>
      <w:r w:rsidR="006C3443" w:rsidRPr="009800BF">
        <w:rPr>
          <w:lang w:val="pl-PL"/>
        </w:rPr>
        <w:t>...............</w:t>
      </w:r>
    </w:p>
    <w:p w14:paraId="6D47EC42" w14:textId="77777777" w:rsidR="00924823" w:rsidRPr="009800BF" w:rsidRDefault="00000000" w:rsidP="008E735F">
      <w:pPr>
        <w:spacing w:after="60" w:line="360" w:lineRule="auto"/>
        <w:jc w:val="left"/>
        <w:rPr>
          <w:lang w:val="pl-PL"/>
        </w:rPr>
      </w:pPr>
      <w:r w:rsidRPr="009800BF">
        <w:rPr>
          <w:lang w:val="pl-PL"/>
        </w:rPr>
        <w:t>Telefon:  ................................................................................................................................................</w:t>
      </w:r>
      <w:r w:rsidR="006C3443" w:rsidRPr="009800BF">
        <w:rPr>
          <w:lang w:val="pl-PL"/>
        </w:rPr>
        <w:t>....................................................</w:t>
      </w:r>
    </w:p>
    <w:p w14:paraId="7B3F8D38" w14:textId="77777777" w:rsidR="00924823" w:rsidRPr="009800BF" w:rsidRDefault="00000000" w:rsidP="008E735F">
      <w:pPr>
        <w:spacing w:after="60" w:line="360" w:lineRule="auto"/>
        <w:jc w:val="left"/>
        <w:rPr>
          <w:lang w:val="pl-PL"/>
        </w:rPr>
      </w:pPr>
      <w:r w:rsidRPr="009800BF">
        <w:rPr>
          <w:lang w:val="pl-PL"/>
        </w:rPr>
        <w:t>Adres e-mail do korespondencji:  ................................................................................................................................................</w:t>
      </w:r>
      <w:r w:rsidR="006C3443" w:rsidRPr="009800BF">
        <w:rPr>
          <w:lang w:val="pl-PL"/>
        </w:rPr>
        <w:t>.............</w:t>
      </w:r>
    </w:p>
    <w:p w14:paraId="50199740" w14:textId="77777777" w:rsidR="00924823" w:rsidRPr="009800BF" w:rsidRDefault="00000000" w:rsidP="008E735F">
      <w:pPr>
        <w:spacing w:after="60" w:line="360" w:lineRule="auto"/>
        <w:jc w:val="left"/>
        <w:rPr>
          <w:lang w:val="pl-PL"/>
        </w:rPr>
      </w:pPr>
      <w:r w:rsidRPr="009800BF">
        <w:rPr>
          <w:lang w:val="pl-PL"/>
        </w:rPr>
        <w:t>Osoba uprawniona do reprezentacji Wykonawcy:  ................................................................................................................................................</w:t>
      </w:r>
      <w:r w:rsidR="006C3443" w:rsidRPr="009800BF">
        <w:rPr>
          <w:lang w:val="pl-PL"/>
        </w:rPr>
        <w:t>...................................................................</w:t>
      </w:r>
    </w:p>
    <w:p w14:paraId="00CC6079" w14:textId="77777777" w:rsidR="00924823" w:rsidRPr="009800BF" w:rsidRDefault="00000000" w:rsidP="008E735F">
      <w:pPr>
        <w:spacing w:after="140" w:line="360" w:lineRule="auto"/>
        <w:jc w:val="left"/>
        <w:rPr>
          <w:lang w:val="pl-PL"/>
        </w:rPr>
      </w:pPr>
      <w:r w:rsidRPr="009800BF">
        <w:rPr>
          <w:lang w:val="pl-PL"/>
        </w:rPr>
        <w:t>Status podatnika VAT:   □ czynny podatnik VAT   □ zwolniony / nie jest czynnym podatnikiem VAT   (zaznaczyć właściwe)</w:t>
      </w:r>
    </w:p>
    <w:p w14:paraId="3B9DBCDA" w14:textId="77777777" w:rsidR="00924823" w:rsidRPr="009800BF" w:rsidRDefault="00000000" w:rsidP="006C3443">
      <w:pPr>
        <w:pStyle w:val="Nagwek1"/>
        <w:pBdr>
          <w:top w:val="single" w:sz="4" w:space="1" w:color="auto"/>
          <w:left w:val="single" w:sz="4" w:space="4" w:color="auto"/>
          <w:bottom w:val="single" w:sz="4" w:space="1" w:color="auto"/>
          <w:right w:val="single" w:sz="4" w:space="4" w:color="auto"/>
        </w:pBdr>
        <w:rPr>
          <w:lang w:val="pl-PL"/>
        </w:rPr>
      </w:pPr>
      <w:r w:rsidRPr="009800BF">
        <w:rPr>
          <w:lang w:val="pl-PL"/>
        </w:rPr>
        <w:t>II. Oferta cenowa</w:t>
      </w:r>
    </w:p>
    <w:p w14:paraId="2D62C832" w14:textId="77777777" w:rsidR="00924823" w:rsidRPr="009800BF" w:rsidRDefault="00000000" w:rsidP="00A73206">
      <w:pPr>
        <w:spacing w:after="80" w:line="360" w:lineRule="auto"/>
        <w:rPr>
          <w:lang w:val="pl-PL"/>
        </w:rPr>
      </w:pPr>
      <w:r w:rsidRPr="009800BF">
        <w:rPr>
          <w:lang w:val="pl-PL"/>
        </w:rPr>
        <w:t>W odpowiedzi na Zapytanie ofertowe składam ofertę na zaznaczone poniżej części. Można wybrać jedną, kilka albo wszystkie części zamówienia. Brak zaznaczenia części oznacza, że oferta jej nie obejmuje. Złożenie oferty na kilka części nie gwarantuje uzyskania zamówienia na wszystkie z nich.</w:t>
      </w:r>
    </w:p>
    <w:p w14:paraId="41A6F2AB" w14:textId="77777777" w:rsidR="00924823" w:rsidRPr="009800BF" w:rsidRDefault="00000000" w:rsidP="00A73206">
      <w:pPr>
        <w:spacing w:after="140" w:line="360" w:lineRule="auto"/>
        <w:rPr>
          <w:lang w:val="pl-PL"/>
        </w:rPr>
      </w:pPr>
      <w:r w:rsidRPr="009800BF">
        <w:rPr>
          <w:lang w:val="pl-PL"/>
        </w:rPr>
        <w:t>Cena jednostkowa brutto za 1 godzinę musi obejmować wszystkie koszty prawidłowej realizacji usługi, w szczególności: pracę operatora, sprzęt, paliwo, dojazd, materiały do zwalczania śliskości, w tym mieszaninę 94% środków niechemicznych (kruszywo naturalne lub sztuczne o uziarnieniu do 4 mm) i 6% chlorku sodu (NaCl, sól drogowa), załadunek materiałów, utrzymanie sprzętu w gotowości, wymagane oznakowanie, ubezpieczenia, podatki oraz pozostałe obciążenia i koszty Wykonawcy.</w:t>
      </w:r>
    </w:p>
    <w:tbl>
      <w:tblPr>
        <w:tblStyle w:val="Tabela-Siatka"/>
        <w:tblW w:w="5000" w:type="pct"/>
        <w:jc w:val="center"/>
        <w:tblLook w:val="04A0" w:firstRow="1" w:lastRow="0" w:firstColumn="1" w:lastColumn="0" w:noHBand="0" w:noVBand="1"/>
      </w:tblPr>
      <w:tblGrid>
        <w:gridCol w:w="766"/>
        <w:gridCol w:w="649"/>
        <w:gridCol w:w="2778"/>
        <w:gridCol w:w="1364"/>
        <w:gridCol w:w="1332"/>
        <w:gridCol w:w="836"/>
        <w:gridCol w:w="1289"/>
        <w:gridCol w:w="1730"/>
      </w:tblGrid>
      <w:tr w:rsidR="00924823" w:rsidRPr="009800BF" w14:paraId="2FA68049" w14:textId="77777777" w:rsidTr="006A4AA3">
        <w:trPr>
          <w:cantSplit/>
          <w:trHeight w:val="766"/>
          <w:jc w:val="center"/>
        </w:trPr>
        <w:tc>
          <w:tcPr>
            <w:tcW w:w="356" w:type="pct"/>
            <w:shd w:val="clear" w:color="auto" w:fill="D9E2F3"/>
            <w:tcMar>
              <w:top w:w="70" w:type="dxa"/>
              <w:left w:w="80" w:type="dxa"/>
              <w:bottom w:w="70" w:type="dxa"/>
              <w:right w:w="80" w:type="dxa"/>
            </w:tcMar>
            <w:vAlign w:val="center"/>
          </w:tcPr>
          <w:p w14:paraId="3CB84F0E" w14:textId="77777777" w:rsidR="00924823" w:rsidRPr="009800BF" w:rsidRDefault="00000000">
            <w:pPr>
              <w:spacing w:after="0"/>
              <w:jc w:val="center"/>
              <w:rPr>
                <w:szCs w:val="20"/>
                <w:lang w:val="pl-PL"/>
              </w:rPr>
            </w:pPr>
            <w:r w:rsidRPr="009800BF">
              <w:rPr>
                <w:b/>
                <w:szCs w:val="20"/>
                <w:lang w:val="pl-PL"/>
              </w:rPr>
              <w:t>Wybór</w:t>
            </w:r>
          </w:p>
        </w:tc>
        <w:tc>
          <w:tcPr>
            <w:tcW w:w="302" w:type="pct"/>
            <w:shd w:val="clear" w:color="auto" w:fill="D9E2F3"/>
            <w:tcMar>
              <w:top w:w="70" w:type="dxa"/>
              <w:left w:w="80" w:type="dxa"/>
              <w:bottom w:w="70" w:type="dxa"/>
              <w:right w:w="80" w:type="dxa"/>
            </w:tcMar>
            <w:vAlign w:val="center"/>
          </w:tcPr>
          <w:p w14:paraId="05BDAA20" w14:textId="77777777" w:rsidR="00924823" w:rsidRPr="009800BF" w:rsidRDefault="00000000">
            <w:pPr>
              <w:spacing w:after="0"/>
              <w:jc w:val="center"/>
              <w:rPr>
                <w:szCs w:val="20"/>
                <w:lang w:val="pl-PL"/>
              </w:rPr>
            </w:pPr>
            <w:r w:rsidRPr="009800BF">
              <w:rPr>
                <w:b/>
                <w:szCs w:val="20"/>
                <w:lang w:val="pl-PL"/>
              </w:rPr>
              <w:t>Część</w:t>
            </w:r>
          </w:p>
        </w:tc>
        <w:tc>
          <w:tcPr>
            <w:tcW w:w="1293" w:type="pct"/>
            <w:shd w:val="clear" w:color="auto" w:fill="D9E2F3"/>
            <w:tcMar>
              <w:top w:w="70" w:type="dxa"/>
              <w:left w:w="80" w:type="dxa"/>
              <w:bottom w:w="70" w:type="dxa"/>
              <w:right w:w="80" w:type="dxa"/>
            </w:tcMar>
            <w:vAlign w:val="center"/>
          </w:tcPr>
          <w:p w14:paraId="58343F87" w14:textId="77777777" w:rsidR="00924823" w:rsidRPr="009800BF" w:rsidRDefault="00000000">
            <w:pPr>
              <w:spacing w:after="0"/>
              <w:jc w:val="center"/>
              <w:rPr>
                <w:szCs w:val="20"/>
                <w:lang w:val="pl-PL"/>
              </w:rPr>
            </w:pPr>
            <w:r w:rsidRPr="009800BF">
              <w:rPr>
                <w:b/>
                <w:szCs w:val="20"/>
                <w:lang w:val="pl-PL"/>
              </w:rPr>
              <w:t>Rejon</w:t>
            </w:r>
          </w:p>
        </w:tc>
        <w:tc>
          <w:tcPr>
            <w:tcW w:w="635" w:type="pct"/>
            <w:shd w:val="clear" w:color="auto" w:fill="D9E2F3"/>
            <w:tcMar>
              <w:top w:w="70" w:type="dxa"/>
              <w:left w:w="80" w:type="dxa"/>
              <w:bottom w:w="70" w:type="dxa"/>
              <w:right w:w="80" w:type="dxa"/>
            </w:tcMar>
            <w:vAlign w:val="center"/>
          </w:tcPr>
          <w:p w14:paraId="6775F6D5" w14:textId="77777777" w:rsidR="00924823" w:rsidRPr="009800BF" w:rsidRDefault="00000000">
            <w:pPr>
              <w:spacing w:after="0"/>
              <w:jc w:val="center"/>
              <w:rPr>
                <w:szCs w:val="20"/>
                <w:lang w:val="pl-PL"/>
              </w:rPr>
            </w:pPr>
            <w:r w:rsidRPr="009800BF">
              <w:rPr>
                <w:b/>
                <w:szCs w:val="20"/>
                <w:lang w:val="pl-PL"/>
              </w:rPr>
              <w:t>Szac. godz.</w:t>
            </w:r>
          </w:p>
        </w:tc>
        <w:tc>
          <w:tcPr>
            <w:tcW w:w="620" w:type="pct"/>
            <w:shd w:val="clear" w:color="auto" w:fill="D9E2F3"/>
            <w:tcMar>
              <w:top w:w="70" w:type="dxa"/>
              <w:left w:w="80" w:type="dxa"/>
              <w:bottom w:w="70" w:type="dxa"/>
              <w:right w:w="80" w:type="dxa"/>
            </w:tcMar>
            <w:vAlign w:val="center"/>
          </w:tcPr>
          <w:p w14:paraId="338B2C96" w14:textId="77777777" w:rsidR="00924823" w:rsidRPr="009800BF" w:rsidRDefault="00000000">
            <w:pPr>
              <w:spacing w:after="0"/>
              <w:jc w:val="center"/>
              <w:rPr>
                <w:szCs w:val="20"/>
                <w:lang w:val="pl-PL"/>
              </w:rPr>
            </w:pPr>
            <w:r w:rsidRPr="009800BF">
              <w:rPr>
                <w:b/>
                <w:szCs w:val="20"/>
                <w:lang w:val="pl-PL"/>
              </w:rPr>
              <w:t>Cena netto / 1 h</w:t>
            </w:r>
          </w:p>
        </w:tc>
        <w:tc>
          <w:tcPr>
            <w:tcW w:w="389" w:type="pct"/>
            <w:shd w:val="clear" w:color="auto" w:fill="D9E2F3"/>
            <w:tcMar>
              <w:top w:w="70" w:type="dxa"/>
              <w:left w:w="80" w:type="dxa"/>
              <w:bottom w:w="70" w:type="dxa"/>
              <w:right w:w="80" w:type="dxa"/>
            </w:tcMar>
            <w:vAlign w:val="center"/>
          </w:tcPr>
          <w:p w14:paraId="7D3A3CD9" w14:textId="77777777" w:rsidR="00924823" w:rsidRPr="009800BF" w:rsidRDefault="00000000">
            <w:pPr>
              <w:spacing w:after="0"/>
              <w:jc w:val="center"/>
              <w:rPr>
                <w:szCs w:val="20"/>
                <w:lang w:val="pl-PL"/>
              </w:rPr>
            </w:pPr>
            <w:r w:rsidRPr="009800BF">
              <w:rPr>
                <w:b/>
                <w:szCs w:val="20"/>
                <w:lang w:val="pl-PL"/>
              </w:rPr>
              <w:t>VAT %</w:t>
            </w:r>
          </w:p>
        </w:tc>
        <w:tc>
          <w:tcPr>
            <w:tcW w:w="600" w:type="pct"/>
            <w:shd w:val="clear" w:color="auto" w:fill="D9E2F3"/>
            <w:tcMar>
              <w:top w:w="70" w:type="dxa"/>
              <w:left w:w="80" w:type="dxa"/>
              <w:bottom w:w="70" w:type="dxa"/>
              <w:right w:w="80" w:type="dxa"/>
            </w:tcMar>
            <w:vAlign w:val="center"/>
          </w:tcPr>
          <w:p w14:paraId="3E3D402D" w14:textId="77777777" w:rsidR="00924823" w:rsidRPr="009800BF" w:rsidRDefault="00000000">
            <w:pPr>
              <w:spacing w:after="0"/>
              <w:jc w:val="center"/>
              <w:rPr>
                <w:szCs w:val="20"/>
                <w:lang w:val="pl-PL"/>
              </w:rPr>
            </w:pPr>
            <w:r w:rsidRPr="009800BF">
              <w:rPr>
                <w:b/>
                <w:szCs w:val="20"/>
                <w:lang w:val="pl-PL"/>
              </w:rPr>
              <w:t>Cena brutto / 1 h</w:t>
            </w:r>
          </w:p>
        </w:tc>
        <w:tc>
          <w:tcPr>
            <w:tcW w:w="806" w:type="pct"/>
            <w:shd w:val="clear" w:color="auto" w:fill="D9E2F3"/>
            <w:tcMar>
              <w:top w:w="70" w:type="dxa"/>
              <w:left w:w="80" w:type="dxa"/>
              <w:bottom w:w="70" w:type="dxa"/>
              <w:right w:w="80" w:type="dxa"/>
            </w:tcMar>
            <w:vAlign w:val="center"/>
          </w:tcPr>
          <w:p w14:paraId="4ED3D530" w14:textId="77777777" w:rsidR="00924823" w:rsidRPr="009800BF" w:rsidRDefault="00000000">
            <w:pPr>
              <w:spacing w:after="0"/>
              <w:jc w:val="center"/>
              <w:rPr>
                <w:szCs w:val="20"/>
                <w:lang w:val="pl-PL"/>
              </w:rPr>
            </w:pPr>
            <w:r w:rsidRPr="009800BF">
              <w:rPr>
                <w:b/>
                <w:szCs w:val="20"/>
                <w:lang w:val="pl-PL"/>
              </w:rPr>
              <w:t>Szac. wartość brutto</w:t>
            </w:r>
          </w:p>
        </w:tc>
      </w:tr>
      <w:tr w:rsidR="00924823" w:rsidRPr="009800BF" w14:paraId="54369E47" w14:textId="77777777" w:rsidTr="006A4AA3">
        <w:trPr>
          <w:cantSplit/>
          <w:jc w:val="center"/>
        </w:trPr>
        <w:tc>
          <w:tcPr>
            <w:tcW w:w="356" w:type="pct"/>
            <w:tcMar>
              <w:top w:w="70" w:type="dxa"/>
              <w:left w:w="80" w:type="dxa"/>
              <w:bottom w:w="70" w:type="dxa"/>
              <w:right w:w="80" w:type="dxa"/>
            </w:tcMar>
            <w:vAlign w:val="center"/>
          </w:tcPr>
          <w:p w14:paraId="21942EF0" w14:textId="77777777" w:rsidR="00924823" w:rsidRPr="009800BF" w:rsidRDefault="00000000">
            <w:pPr>
              <w:spacing w:after="0"/>
              <w:jc w:val="center"/>
              <w:rPr>
                <w:szCs w:val="20"/>
                <w:lang w:val="pl-PL"/>
              </w:rPr>
            </w:pPr>
            <w:r w:rsidRPr="009800BF">
              <w:rPr>
                <w:szCs w:val="20"/>
                <w:lang w:val="pl-PL"/>
              </w:rPr>
              <w:t>□</w:t>
            </w:r>
          </w:p>
        </w:tc>
        <w:tc>
          <w:tcPr>
            <w:tcW w:w="302" w:type="pct"/>
            <w:tcMar>
              <w:top w:w="70" w:type="dxa"/>
              <w:left w:w="80" w:type="dxa"/>
              <w:bottom w:w="70" w:type="dxa"/>
              <w:right w:w="80" w:type="dxa"/>
            </w:tcMar>
            <w:vAlign w:val="center"/>
          </w:tcPr>
          <w:p w14:paraId="4CD96C6D" w14:textId="77777777" w:rsidR="00924823" w:rsidRPr="009800BF" w:rsidRDefault="00000000">
            <w:pPr>
              <w:spacing w:after="0"/>
              <w:jc w:val="left"/>
              <w:rPr>
                <w:szCs w:val="20"/>
                <w:lang w:val="pl-PL"/>
              </w:rPr>
            </w:pPr>
            <w:r w:rsidRPr="009800BF">
              <w:rPr>
                <w:szCs w:val="20"/>
                <w:lang w:val="pl-PL"/>
              </w:rPr>
              <w:t>I</w:t>
            </w:r>
          </w:p>
        </w:tc>
        <w:tc>
          <w:tcPr>
            <w:tcW w:w="1293" w:type="pct"/>
            <w:tcMar>
              <w:top w:w="70" w:type="dxa"/>
              <w:left w:w="80" w:type="dxa"/>
              <w:bottom w:w="70" w:type="dxa"/>
              <w:right w:w="80" w:type="dxa"/>
            </w:tcMar>
            <w:vAlign w:val="center"/>
          </w:tcPr>
          <w:p w14:paraId="4C217720" w14:textId="77777777" w:rsidR="00924823" w:rsidRPr="009800BF" w:rsidRDefault="00000000">
            <w:pPr>
              <w:spacing w:after="0"/>
              <w:jc w:val="center"/>
              <w:rPr>
                <w:szCs w:val="20"/>
                <w:lang w:val="pl-PL"/>
              </w:rPr>
            </w:pPr>
            <w:r w:rsidRPr="009800BF">
              <w:rPr>
                <w:szCs w:val="20"/>
                <w:lang w:val="pl-PL"/>
              </w:rPr>
              <w:t>Przybysławice, Marcinkowice, Zdrochec, Zabawa, Wał-Ruda, Wola Radłowska, Biskupice Radłowskie</w:t>
            </w:r>
          </w:p>
        </w:tc>
        <w:tc>
          <w:tcPr>
            <w:tcW w:w="635" w:type="pct"/>
            <w:tcMar>
              <w:top w:w="70" w:type="dxa"/>
              <w:left w:w="80" w:type="dxa"/>
              <w:bottom w:w="70" w:type="dxa"/>
              <w:right w:w="80" w:type="dxa"/>
            </w:tcMar>
            <w:vAlign w:val="center"/>
          </w:tcPr>
          <w:p w14:paraId="3AE3E52F" w14:textId="77777777" w:rsidR="00924823" w:rsidRPr="009800BF" w:rsidRDefault="00000000">
            <w:pPr>
              <w:spacing w:after="0"/>
              <w:jc w:val="center"/>
              <w:rPr>
                <w:szCs w:val="20"/>
                <w:lang w:val="pl-PL"/>
              </w:rPr>
            </w:pPr>
            <w:r w:rsidRPr="009800BF">
              <w:rPr>
                <w:szCs w:val="20"/>
                <w:lang w:val="pl-PL"/>
              </w:rPr>
              <w:t>1</w:t>
            </w:r>
            <w:r w:rsidR="00C51DA1" w:rsidRPr="009800BF">
              <w:rPr>
                <w:szCs w:val="20"/>
                <w:lang w:val="pl-PL"/>
              </w:rPr>
              <w:t>82</w:t>
            </w:r>
          </w:p>
        </w:tc>
        <w:tc>
          <w:tcPr>
            <w:tcW w:w="620" w:type="pct"/>
            <w:tcMar>
              <w:top w:w="70" w:type="dxa"/>
              <w:left w:w="80" w:type="dxa"/>
              <w:bottom w:w="70" w:type="dxa"/>
              <w:right w:w="80" w:type="dxa"/>
            </w:tcMar>
            <w:vAlign w:val="center"/>
          </w:tcPr>
          <w:p w14:paraId="53DC1EC1" w14:textId="77777777" w:rsidR="00924823" w:rsidRPr="009800BF" w:rsidRDefault="00924823">
            <w:pPr>
              <w:spacing w:after="0"/>
              <w:jc w:val="center"/>
              <w:rPr>
                <w:szCs w:val="20"/>
                <w:lang w:val="pl-PL"/>
              </w:rPr>
            </w:pPr>
          </w:p>
        </w:tc>
        <w:tc>
          <w:tcPr>
            <w:tcW w:w="389" w:type="pct"/>
            <w:tcMar>
              <w:top w:w="70" w:type="dxa"/>
              <w:left w:w="80" w:type="dxa"/>
              <w:bottom w:w="70" w:type="dxa"/>
              <w:right w:w="80" w:type="dxa"/>
            </w:tcMar>
            <w:vAlign w:val="center"/>
          </w:tcPr>
          <w:p w14:paraId="3E94B46B" w14:textId="77777777" w:rsidR="00924823" w:rsidRPr="009800BF" w:rsidRDefault="00924823">
            <w:pPr>
              <w:spacing w:after="0"/>
              <w:jc w:val="center"/>
              <w:rPr>
                <w:szCs w:val="20"/>
                <w:lang w:val="pl-PL"/>
              </w:rPr>
            </w:pPr>
          </w:p>
        </w:tc>
        <w:tc>
          <w:tcPr>
            <w:tcW w:w="600" w:type="pct"/>
            <w:tcMar>
              <w:top w:w="70" w:type="dxa"/>
              <w:left w:w="80" w:type="dxa"/>
              <w:bottom w:w="70" w:type="dxa"/>
              <w:right w:w="80" w:type="dxa"/>
            </w:tcMar>
            <w:vAlign w:val="center"/>
          </w:tcPr>
          <w:p w14:paraId="69DA52B2" w14:textId="77777777" w:rsidR="00924823" w:rsidRPr="009800BF" w:rsidRDefault="00924823">
            <w:pPr>
              <w:spacing w:after="0"/>
              <w:jc w:val="center"/>
              <w:rPr>
                <w:szCs w:val="20"/>
                <w:lang w:val="pl-PL"/>
              </w:rPr>
            </w:pPr>
          </w:p>
        </w:tc>
        <w:tc>
          <w:tcPr>
            <w:tcW w:w="806" w:type="pct"/>
            <w:tcMar>
              <w:top w:w="70" w:type="dxa"/>
              <w:left w:w="80" w:type="dxa"/>
              <w:bottom w:w="70" w:type="dxa"/>
              <w:right w:w="80" w:type="dxa"/>
            </w:tcMar>
            <w:vAlign w:val="center"/>
          </w:tcPr>
          <w:p w14:paraId="77A37118" w14:textId="77777777" w:rsidR="00924823" w:rsidRPr="009800BF" w:rsidRDefault="00924823">
            <w:pPr>
              <w:spacing w:after="0"/>
              <w:jc w:val="center"/>
              <w:rPr>
                <w:szCs w:val="20"/>
                <w:lang w:val="pl-PL"/>
              </w:rPr>
            </w:pPr>
          </w:p>
        </w:tc>
      </w:tr>
      <w:tr w:rsidR="00924823" w:rsidRPr="009800BF" w14:paraId="2C3EE65E" w14:textId="77777777" w:rsidTr="006A4AA3">
        <w:trPr>
          <w:cantSplit/>
          <w:trHeight w:val="705"/>
          <w:jc w:val="center"/>
        </w:trPr>
        <w:tc>
          <w:tcPr>
            <w:tcW w:w="356" w:type="pct"/>
            <w:tcMar>
              <w:top w:w="70" w:type="dxa"/>
              <w:left w:w="80" w:type="dxa"/>
              <w:bottom w:w="70" w:type="dxa"/>
              <w:right w:w="80" w:type="dxa"/>
            </w:tcMar>
            <w:vAlign w:val="center"/>
          </w:tcPr>
          <w:p w14:paraId="4E62EDAC" w14:textId="77777777" w:rsidR="00924823" w:rsidRPr="009800BF" w:rsidRDefault="00000000">
            <w:pPr>
              <w:spacing w:after="0"/>
              <w:jc w:val="center"/>
              <w:rPr>
                <w:szCs w:val="20"/>
                <w:lang w:val="pl-PL"/>
              </w:rPr>
            </w:pPr>
            <w:r w:rsidRPr="009800BF">
              <w:rPr>
                <w:szCs w:val="20"/>
                <w:lang w:val="pl-PL"/>
              </w:rPr>
              <w:t>□</w:t>
            </w:r>
          </w:p>
        </w:tc>
        <w:tc>
          <w:tcPr>
            <w:tcW w:w="302" w:type="pct"/>
            <w:tcMar>
              <w:top w:w="70" w:type="dxa"/>
              <w:left w:w="80" w:type="dxa"/>
              <w:bottom w:w="70" w:type="dxa"/>
              <w:right w:w="80" w:type="dxa"/>
            </w:tcMar>
            <w:vAlign w:val="center"/>
          </w:tcPr>
          <w:p w14:paraId="4444BE32" w14:textId="77777777" w:rsidR="00924823" w:rsidRPr="009800BF" w:rsidRDefault="00000000">
            <w:pPr>
              <w:spacing w:after="0"/>
              <w:jc w:val="left"/>
              <w:rPr>
                <w:szCs w:val="20"/>
                <w:lang w:val="pl-PL"/>
              </w:rPr>
            </w:pPr>
            <w:r w:rsidRPr="009800BF">
              <w:rPr>
                <w:szCs w:val="20"/>
                <w:lang w:val="pl-PL"/>
              </w:rPr>
              <w:t>II</w:t>
            </w:r>
          </w:p>
        </w:tc>
        <w:tc>
          <w:tcPr>
            <w:tcW w:w="1293" w:type="pct"/>
            <w:tcMar>
              <w:top w:w="70" w:type="dxa"/>
              <w:left w:w="80" w:type="dxa"/>
              <w:bottom w:w="70" w:type="dxa"/>
              <w:right w:w="80" w:type="dxa"/>
            </w:tcMar>
            <w:vAlign w:val="center"/>
          </w:tcPr>
          <w:p w14:paraId="1C414E6C" w14:textId="77777777" w:rsidR="00924823" w:rsidRPr="009800BF" w:rsidRDefault="00000000">
            <w:pPr>
              <w:spacing w:after="0"/>
              <w:jc w:val="center"/>
              <w:rPr>
                <w:szCs w:val="20"/>
                <w:lang w:val="pl-PL"/>
              </w:rPr>
            </w:pPr>
            <w:r w:rsidRPr="009800BF">
              <w:rPr>
                <w:szCs w:val="20"/>
                <w:lang w:val="pl-PL"/>
              </w:rPr>
              <w:t>Radłów, Brzeźnica, Niwka</w:t>
            </w:r>
          </w:p>
        </w:tc>
        <w:tc>
          <w:tcPr>
            <w:tcW w:w="635" w:type="pct"/>
            <w:tcMar>
              <w:top w:w="70" w:type="dxa"/>
              <w:left w:w="80" w:type="dxa"/>
              <w:bottom w:w="70" w:type="dxa"/>
              <w:right w:w="80" w:type="dxa"/>
            </w:tcMar>
            <w:vAlign w:val="center"/>
          </w:tcPr>
          <w:p w14:paraId="106A38F0" w14:textId="77777777" w:rsidR="00924823" w:rsidRPr="009800BF" w:rsidRDefault="00C51DA1">
            <w:pPr>
              <w:spacing w:after="0"/>
              <w:jc w:val="center"/>
              <w:rPr>
                <w:szCs w:val="20"/>
                <w:lang w:val="pl-PL"/>
              </w:rPr>
            </w:pPr>
            <w:r w:rsidRPr="009800BF">
              <w:rPr>
                <w:szCs w:val="20"/>
                <w:lang w:val="pl-PL"/>
              </w:rPr>
              <w:t>87</w:t>
            </w:r>
          </w:p>
        </w:tc>
        <w:tc>
          <w:tcPr>
            <w:tcW w:w="620" w:type="pct"/>
            <w:tcMar>
              <w:top w:w="70" w:type="dxa"/>
              <w:left w:w="80" w:type="dxa"/>
              <w:bottom w:w="70" w:type="dxa"/>
              <w:right w:w="80" w:type="dxa"/>
            </w:tcMar>
            <w:vAlign w:val="center"/>
          </w:tcPr>
          <w:p w14:paraId="56170F66" w14:textId="77777777" w:rsidR="00924823" w:rsidRPr="009800BF" w:rsidRDefault="00924823">
            <w:pPr>
              <w:spacing w:after="0"/>
              <w:jc w:val="center"/>
              <w:rPr>
                <w:szCs w:val="20"/>
                <w:lang w:val="pl-PL"/>
              </w:rPr>
            </w:pPr>
          </w:p>
        </w:tc>
        <w:tc>
          <w:tcPr>
            <w:tcW w:w="389" w:type="pct"/>
            <w:tcMar>
              <w:top w:w="70" w:type="dxa"/>
              <w:left w:w="80" w:type="dxa"/>
              <w:bottom w:w="70" w:type="dxa"/>
              <w:right w:w="80" w:type="dxa"/>
            </w:tcMar>
            <w:vAlign w:val="center"/>
          </w:tcPr>
          <w:p w14:paraId="4DB6AF72" w14:textId="77777777" w:rsidR="00924823" w:rsidRPr="009800BF" w:rsidRDefault="00924823">
            <w:pPr>
              <w:spacing w:after="0"/>
              <w:jc w:val="center"/>
              <w:rPr>
                <w:szCs w:val="20"/>
                <w:lang w:val="pl-PL"/>
              </w:rPr>
            </w:pPr>
          </w:p>
        </w:tc>
        <w:tc>
          <w:tcPr>
            <w:tcW w:w="600" w:type="pct"/>
            <w:tcMar>
              <w:top w:w="70" w:type="dxa"/>
              <w:left w:w="80" w:type="dxa"/>
              <w:bottom w:w="70" w:type="dxa"/>
              <w:right w:w="80" w:type="dxa"/>
            </w:tcMar>
            <w:vAlign w:val="center"/>
          </w:tcPr>
          <w:p w14:paraId="747577C3" w14:textId="77777777" w:rsidR="00924823" w:rsidRPr="009800BF" w:rsidRDefault="00924823">
            <w:pPr>
              <w:spacing w:after="0"/>
              <w:jc w:val="center"/>
              <w:rPr>
                <w:szCs w:val="20"/>
                <w:lang w:val="pl-PL"/>
              </w:rPr>
            </w:pPr>
          </w:p>
        </w:tc>
        <w:tc>
          <w:tcPr>
            <w:tcW w:w="806" w:type="pct"/>
            <w:tcMar>
              <w:top w:w="70" w:type="dxa"/>
              <w:left w:w="80" w:type="dxa"/>
              <w:bottom w:w="70" w:type="dxa"/>
              <w:right w:w="80" w:type="dxa"/>
            </w:tcMar>
            <w:vAlign w:val="center"/>
          </w:tcPr>
          <w:p w14:paraId="59805B64" w14:textId="77777777" w:rsidR="00924823" w:rsidRPr="009800BF" w:rsidRDefault="00924823">
            <w:pPr>
              <w:spacing w:after="0"/>
              <w:jc w:val="center"/>
              <w:rPr>
                <w:szCs w:val="20"/>
                <w:lang w:val="pl-PL"/>
              </w:rPr>
            </w:pPr>
          </w:p>
        </w:tc>
      </w:tr>
      <w:tr w:rsidR="00924823" w:rsidRPr="009800BF" w14:paraId="315C61A6" w14:textId="77777777" w:rsidTr="006A4AA3">
        <w:trPr>
          <w:cantSplit/>
          <w:trHeight w:val="701"/>
          <w:jc w:val="center"/>
        </w:trPr>
        <w:tc>
          <w:tcPr>
            <w:tcW w:w="356" w:type="pct"/>
            <w:tcMar>
              <w:top w:w="70" w:type="dxa"/>
              <w:left w:w="80" w:type="dxa"/>
              <w:bottom w:w="70" w:type="dxa"/>
              <w:right w:w="80" w:type="dxa"/>
            </w:tcMar>
            <w:vAlign w:val="center"/>
          </w:tcPr>
          <w:p w14:paraId="0418723A" w14:textId="77777777" w:rsidR="00924823" w:rsidRPr="009800BF" w:rsidRDefault="00000000">
            <w:pPr>
              <w:spacing w:after="0"/>
              <w:jc w:val="center"/>
              <w:rPr>
                <w:szCs w:val="20"/>
                <w:lang w:val="pl-PL"/>
              </w:rPr>
            </w:pPr>
            <w:r w:rsidRPr="009800BF">
              <w:rPr>
                <w:szCs w:val="20"/>
                <w:lang w:val="pl-PL"/>
              </w:rPr>
              <w:t>□</w:t>
            </w:r>
          </w:p>
        </w:tc>
        <w:tc>
          <w:tcPr>
            <w:tcW w:w="302" w:type="pct"/>
            <w:tcMar>
              <w:top w:w="70" w:type="dxa"/>
              <w:left w:w="80" w:type="dxa"/>
              <w:bottom w:w="70" w:type="dxa"/>
              <w:right w:w="80" w:type="dxa"/>
            </w:tcMar>
            <w:vAlign w:val="center"/>
          </w:tcPr>
          <w:p w14:paraId="38E2D8E3" w14:textId="77777777" w:rsidR="00924823" w:rsidRPr="009800BF" w:rsidRDefault="00000000">
            <w:pPr>
              <w:spacing w:after="0"/>
              <w:jc w:val="left"/>
              <w:rPr>
                <w:szCs w:val="20"/>
                <w:lang w:val="pl-PL"/>
              </w:rPr>
            </w:pPr>
            <w:r w:rsidRPr="009800BF">
              <w:rPr>
                <w:szCs w:val="20"/>
                <w:lang w:val="pl-PL"/>
              </w:rPr>
              <w:t>III</w:t>
            </w:r>
          </w:p>
        </w:tc>
        <w:tc>
          <w:tcPr>
            <w:tcW w:w="1293" w:type="pct"/>
            <w:tcMar>
              <w:top w:w="70" w:type="dxa"/>
              <w:left w:w="80" w:type="dxa"/>
              <w:bottom w:w="70" w:type="dxa"/>
              <w:right w:w="80" w:type="dxa"/>
            </w:tcMar>
            <w:vAlign w:val="center"/>
          </w:tcPr>
          <w:p w14:paraId="71A750AE" w14:textId="77777777" w:rsidR="00924823" w:rsidRPr="009800BF" w:rsidRDefault="00000000">
            <w:pPr>
              <w:spacing w:after="0"/>
              <w:jc w:val="center"/>
              <w:rPr>
                <w:szCs w:val="20"/>
                <w:lang w:val="pl-PL"/>
              </w:rPr>
            </w:pPr>
            <w:r w:rsidRPr="009800BF">
              <w:rPr>
                <w:szCs w:val="20"/>
                <w:lang w:val="pl-PL"/>
              </w:rPr>
              <w:t>Glów, Sanoka, Siedlec, Łęka Siedlecka</w:t>
            </w:r>
          </w:p>
        </w:tc>
        <w:tc>
          <w:tcPr>
            <w:tcW w:w="635" w:type="pct"/>
            <w:tcMar>
              <w:top w:w="70" w:type="dxa"/>
              <w:left w:w="80" w:type="dxa"/>
              <w:bottom w:w="70" w:type="dxa"/>
              <w:right w:w="80" w:type="dxa"/>
            </w:tcMar>
            <w:vAlign w:val="center"/>
          </w:tcPr>
          <w:p w14:paraId="3ACF29B5" w14:textId="77777777" w:rsidR="00924823" w:rsidRPr="009800BF" w:rsidRDefault="00C51DA1">
            <w:pPr>
              <w:spacing w:after="0"/>
              <w:jc w:val="center"/>
              <w:rPr>
                <w:szCs w:val="20"/>
                <w:lang w:val="pl-PL"/>
              </w:rPr>
            </w:pPr>
            <w:r w:rsidRPr="009800BF">
              <w:rPr>
                <w:szCs w:val="20"/>
                <w:lang w:val="pl-PL"/>
              </w:rPr>
              <w:t>81</w:t>
            </w:r>
          </w:p>
        </w:tc>
        <w:tc>
          <w:tcPr>
            <w:tcW w:w="620" w:type="pct"/>
            <w:tcMar>
              <w:top w:w="70" w:type="dxa"/>
              <w:left w:w="80" w:type="dxa"/>
              <w:bottom w:w="70" w:type="dxa"/>
              <w:right w:w="80" w:type="dxa"/>
            </w:tcMar>
            <w:vAlign w:val="center"/>
          </w:tcPr>
          <w:p w14:paraId="387FE064" w14:textId="77777777" w:rsidR="00924823" w:rsidRPr="009800BF" w:rsidRDefault="00924823">
            <w:pPr>
              <w:spacing w:after="0"/>
              <w:jc w:val="center"/>
              <w:rPr>
                <w:szCs w:val="20"/>
                <w:lang w:val="pl-PL"/>
              </w:rPr>
            </w:pPr>
          </w:p>
        </w:tc>
        <w:tc>
          <w:tcPr>
            <w:tcW w:w="389" w:type="pct"/>
            <w:tcMar>
              <w:top w:w="70" w:type="dxa"/>
              <w:left w:w="80" w:type="dxa"/>
              <w:bottom w:w="70" w:type="dxa"/>
              <w:right w:w="80" w:type="dxa"/>
            </w:tcMar>
            <w:vAlign w:val="center"/>
          </w:tcPr>
          <w:p w14:paraId="1CD03BCA" w14:textId="77777777" w:rsidR="00924823" w:rsidRPr="009800BF" w:rsidRDefault="00924823">
            <w:pPr>
              <w:spacing w:after="0"/>
              <w:jc w:val="center"/>
              <w:rPr>
                <w:szCs w:val="20"/>
                <w:lang w:val="pl-PL"/>
              </w:rPr>
            </w:pPr>
          </w:p>
        </w:tc>
        <w:tc>
          <w:tcPr>
            <w:tcW w:w="600" w:type="pct"/>
            <w:tcMar>
              <w:top w:w="70" w:type="dxa"/>
              <w:left w:w="80" w:type="dxa"/>
              <w:bottom w:w="70" w:type="dxa"/>
              <w:right w:w="80" w:type="dxa"/>
            </w:tcMar>
            <w:vAlign w:val="center"/>
          </w:tcPr>
          <w:p w14:paraId="7B927797" w14:textId="77777777" w:rsidR="00924823" w:rsidRPr="009800BF" w:rsidRDefault="00924823">
            <w:pPr>
              <w:spacing w:after="0"/>
              <w:jc w:val="center"/>
              <w:rPr>
                <w:szCs w:val="20"/>
                <w:lang w:val="pl-PL"/>
              </w:rPr>
            </w:pPr>
          </w:p>
        </w:tc>
        <w:tc>
          <w:tcPr>
            <w:tcW w:w="806" w:type="pct"/>
            <w:tcMar>
              <w:top w:w="70" w:type="dxa"/>
              <w:left w:w="80" w:type="dxa"/>
              <w:bottom w:w="70" w:type="dxa"/>
              <w:right w:w="80" w:type="dxa"/>
            </w:tcMar>
            <w:vAlign w:val="center"/>
          </w:tcPr>
          <w:p w14:paraId="3D02D970" w14:textId="77777777" w:rsidR="00924823" w:rsidRPr="009800BF" w:rsidRDefault="00924823">
            <w:pPr>
              <w:spacing w:after="0"/>
              <w:jc w:val="center"/>
              <w:rPr>
                <w:szCs w:val="20"/>
                <w:lang w:val="pl-PL"/>
              </w:rPr>
            </w:pPr>
          </w:p>
        </w:tc>
      </w:tr>
    </w:tbl>
    <w:p w14:paraId="401AED7A" w14:textId="77777777" w:rsidR="00924823" w:rsidRPr="009800BF" w:rsidRDefault="00000000">
      <w:pPr>
        <w:spacing w:after="140"/>
        <w:rPr>
          <w:lang w:val="pl-PL"/>
        </w:rPr>
      </w:pPr>
      <w:r w:rsidRPr="009800BF">
        <w:rPr>
          <w:sz w:val="18"/>
          <w:lang w:val="pl-PL"/>
        </w:rPr>
        <w:t>Szacunkowa wartość brutto dla danej części = szacunkowa liczba godzin × cena brutto za 1 godzinę. Podana liczba godzin ma charakter wyłącznie szacunkowy i nie stanowi gwarancji zlecenia takiej liczby godzin. Rozliczenie nastąpi według rzeczywistej liczby godzin zleconych i potwierdzonych przez Zamawiającego.</w:t>
      </w:r>
    </w:p>
    <w:p w14:paraId="641548CB" w14:textId="77777777" w:rsidR="001063EB" w:rsidRPr="009800BF" w:rsidRDefault="00000000">
      <w:pPr>
        <w:rPr>
          <w:lang w:val="pl-PL"/>
        </w:rPr>
      </w:pPr>
      <w:r w:rsidRPr="009800BF">
        <w:rPr>
          <w:lang w:val="pl-PL"/>
        </w:rPr>
        <w:t>Informacja o prawie opcji: Zamawiający może zlecić do 20% dodatkowych godzin ponad zakres podstawowy danej części, według niezmienionej ceny jednostkowej brutto. Wartość opcji nie jest doliczana do szacunkowej wartości podstawowej wskazanej w powyższej tabeli i nie jest gwarantowana. Przy kalkulacji zamówienia Zamawiający uwzględnia potencjalną wartość opcji.</w:t>
      </w:r>
    </w:p>
    <w:p w14:paraId="1F968E08" w14:textId="77777777" w:rsidR="00924823" w:rsidRPr="009800BF" w:rsidRDefault="00000000">
      <w:pPr>
        <w:spacing w:after="60"/>
        <w:jc w:val="left"/>
        <w:rPr>
          <w:lang w:val="pl-PL"/>
        </w:rPr>
      </w:pPr>
      <w:r w:rsidRPr="009800BF">
        <w:rPr>
          <w:lang w:val="pl-PL"/>
        </w:rPr>
        <w:lastRenderedPageBreak/>
        <w:t>Cena brutto słownie dla Części I:  ............................................................................................................................</w:t>
      </w:r>
    </w:p>
    <w:p w14:paraId="6DD38D2A" w14:textId="77777777" w:rsidR="00924823" w:rsidRPr="009800BF" w:rsidRDefault="00000000">
      <w:pPr>
        <w:spacing w:after="60"/>
        <w:jc w:val="left"/>
        <w:rPr>
          <w:lang w:val="pl-PL"/>
        </w:rPr>
      </w:pPr>
      <w:r w:rsidRPr="009800BF">
        <w:rPr>
          <w:lang w:val="pl-PL"/>
        </w:rPr>
        <w:t>Cena brutto słownie dla Części II: ............................................................................................................................</w:t>
      </w:r>
    </w:p>
    <w:p w14:paraId="67DB704D" w14:textId="77777777" w:rsidR="00924823" w:rsidRPr="009800BF" w:rsidRDefault="00000000">
      <w:pPr>
        <w:spacing w:after="140"/>
        <w:jc w:val="left"/>
        <w:rPr>
          <w:lang w:val="pl-PL"/>
        </w:rPr>
      </w:pPr>
      <w:r w:rsidRPr="009800BF">
        <w:rPr>
          <w:lang w:val="pl-PL"/>
        </w:rPr>
        <w:t>Cena brutto słownie dla Części III: ...........................................................................................................................</w:t>
      </w:r>
    </w:p>
    <w:p w14:paraId="6870377A" w14:textId="77777777" w:rsidR="00924823" w:rsidRPr="009800BF" w:rsidRDefault="00000000" w:rsidP="008E735F">
      <w:pPr>
        <w:pStyle w:val="Nagwek1"/>
        <w:pBdr>
          <w:top w:val="single" w:sz="4" w:space="1" w:color="auto"/>
          <w:left w:val="single" w:sz="4" w:space="4" w:color="auto"/>
          <w:bottom w:val="single" w:sz="4" w:space="1" w:color="auto"/>
          <w:right w:val="single" w:sz="4" w:space="4" w:color="auto"/>
        </w:pBdr>
        <w:rPr>
          <w:lang w:val="pl-PL"/>
        </w:rPr>
      </w:pPr>
      <w:r w:rsidRPr="009800BF">
        <w:rPr>
          <w:lang w:val="pl-PL"/>
        </w:rPr>
        <w:t>III. Oświadczenia Wykonawcy</w:t>
      </w:r>
    </w:p>
    <w:p w14:paraId="340D26AD" w14:textId="4858E674" w:rsidR="00924823" w:rsidRPr="009800BF" w:rsidRDefault="00000000" w:rsidP="00A73206">
      <w:pPr>
        <w:spacing w:after="80" w:line="360" w:lineRule="auto"/>
        <w:rPr>
          <w:lang w:val="pl-PL"/>
        </w:rPr>
      </w:pPr>
      <w:r w:rsidRPr="009800BF">
        <w:rPr>
          <w:lang w:val="pl-PL"/>
        </w:rPr>
        <w:t>1. □ Zapoznałem/am się z Zapytaniem ofertowym oraz wszystkimi jego załącznikami, w tym Projektem umowy, Standardem zimowego utrzymania dróg, Specyfikacją techniczną i Wykazem rejonów</w:t>
      </w:r>
      <w:r w:rsidR="001720C0">
        <w:rPr>
          <w:lang w:val="pl-PL"/>
        </w:rPr>
        <w:t xml:space="preserve"> do zimowego utrzymania dróg gminnych</w:t>
      </w:r>
      <w:r w:rsidRPr="009800BF">
        <w:rPr>
          <w:lang w:val="pl-PL"/>
        </w:rPr>
        <w:t>, nie wnoszę do nich zastrzeżeń i zobowiązuję się wykonać zamówienie zgodnie z ich treścią.</w:t>
      </w:r>
    </w:p>
    <w:p w14:paraId="77918F24" w14:textId="77777777" w:rsidR="00924823" w:rsidRPr="009800BF" w:rsidRDefault="00000000" w:rsidP="00A73206">
      <w:pPr>
        <w:spacing w:after="80" w:line="360" w:lineRule="auto"/>
        <w:rPr>
          <w:lang w:val="pl-PL"/>
        </w:rPr>
      </w:pPr>
      <w:r w:rsidRPr="009800BF">
        <w:rPr>
          <w:lang w:val="pl-PL"/>
        </w:rPr>
        <w:t>2. □ Cena wskazana w ofercie uwzględnia wszystkie wymagania i koszty niezbędne do prawidłowego wykonania zamówienia, w tym materiały do zwalczania śliskości wymagane dokumentacją postępowania.</w:t>
      </w:r>
    </w:p>
    <w:p w14:paraId="262D3F2E" w14:textId="77777777" w:rsidR="00924823" w:rsidRPr="009800BF" w:rsidRDefault="00000000" w:rsidP="00A73206">
      <w:pPr>
        <w:spacing w:after="80" w:line="360" w:lineRule="auto"/>
        <w:rPr>
          <w:lang w:val="pl-PL"/>
        </w:rPr>
      </w:pPr>
      <w:r w:rsidRPr="009800BF">
        <w:rPr>
          <w:lang w:val="pl-PL"/>
        </w:rPr>
        <w:t>3. □ Dla każdej oferowanej części dysponuję lub będę dysponować sprawnym sprzętem i personelem niezbędnym do realizacji usługi w wymaganym czasie reakcji; w przypadku ofert na kilka części umożliwię Zamawiającemu weryfikację zdolności do ich równoczesnej obsługi.</w:t>
      </w:r>
    </w:p>
    <w:p w14:paraId="30DD9F27" w14:textId="77777777" w:rsidR="00924823" w:rsidRPr="009800BF" w:rsidRDefault="00000000" w:rsidP="00A73206">
      <w:pPr>
        <w:spacing w:after="80" w:line="360" w:lineRule="auto"/>
        <w:rPr>
          <w:lang w:val="pl-PL"/>
        </w:rPr>
      </w:pPr>
      <w:r w:rsidRPr="009800BF">
        <w:rPr>
          <w:lang w:val="pl-PL"/>
        </w:rPr>
        <w:t>4. □ Osoby skierowane do realizacji zamówienia posiadają wymagane prawem uprawnienia do kierowania pojazdami i obsługi sprzętu wykorzystywanego przy realizacji usługi.</w:t>
      </w:r>
    </w:p>
    <w:p w14:paraId="412F7408" w14:textId="77777777" w:rsidR="00924823" w:rsidRPr="009800BF" w:rsidRDefault="00000000" w:rsidP="00A73206">
      <w:pPr>
        <w:spacing w:after="80" w:line="360" w:lineRule="auto"/>
        <w:rPr>
          <w:lang w:val="pl-PL"/>
        </w:rPr>
      </w:pPr>
      <w:r w:rsidRPr="009800BF">
        <w:rPr>
          <w:lang w:val="pl-PL"/>
        </w:rPr>
        <w:t>5. □ Sprzęt i pojazdy przeznaczone do realizacji zamówienia będą posiadały wymagane badania techniczne, ubezpieczenie OC oraz wyposażenie i oznakowanie wymagane przepisami.</w:t>
      </w:r>
    </w:p>
    <w:p w14:paraId="54834114" w14:textId="77777777" w:rsidR="00924823" w:rsidRPr="009800BF" w:rsidRDefault="00000000" w:rsidP="00A73206">
      <w:pPr>
        <w:spacing w:after="80" w:line="360" w:lineRule="auto"/>
        <w:rPr>
          <w:lang w:val="pl-PL"/>
        </w:rPr>
      </w:pPr>
      <w:r w:rsidRPr="009800BF">
        <w:rPr>
          <w:lang w:val="pl-PL"/>
        </w:rPr>
        <w:t>6. □ Posiadam ubezpieczenie OC w zakresie prowadzonej działalności obejmujące szkody mogące powstać przy realizacji usługi i na wezwanie Zamawiającego przedłożę dokument potwierdzający jego ważność.</w:t>
      </w:r>
    </w:p>
    <w:p w14:paraId="4A6484DD" w14:textId="77777777" w:rsidR="00924823" w:rsidRPr="009800BF" w:rsidRDefault="00000000" w:rsidP="00A73206">
      <w:pPr>
        <w:spacing w:after="80" w:line="360" w:lineRule="auto"/>
        <w:rPr>
          <w:lang w:val="pl-PL"/>
        </w:rPr>
      </w:pPr>
      <w:r w:rsidRPr="009800BF">
        <w:rPr>
          <w:lang w:val="pl-PL"/>
        </w:rPr>
        <w:t>7. □ Znajduję się w sytuacji ekonomicznej i finansowej umożliwiającej prawidłowe wykonanie zamówienia.</w:t>
      </w:r>
    </w:p>
    <w:p w14:paraId="0D4A0202" w14:textId="77777777" w:rsidR="00924823" w:rsidRPr="009800BF" w:rsidRDefault="00000000" w:rsidP="00A73206">
      <w:pPr>
        <w:spacing w:after="80" w:line="360" w:lineRule="auto"/>
        <w:rPr>
          <w:lang w:val="pl-PL"/>
        </w:rPr>
      </w:pPr>
      <w:r w:rsidRPr="009800BF">
        <w:rPr>
          <w:lang w:val="pl-PL"/>
        </w:rPr>
        <w:t>8. □ Nie zachodzą wobec mnie przesłanki wykluczenia określone w art. 7 ust. 1 ustawy z dnia 13 kwietnia 2022 r. o szczególnych rozwiązaniach w zakresie przeciwdziałania wspieraniu agresji na Ukrainę oraz służących ochronie bezpieczeństwa narodowego (t.j. Dz.U. z 2025 r. poz. 514).</w:t>
      </w:r>
    </w:p>
    <w:p w14:paraId="6B3BB388" w14:textId="77777777" w:rsidR="00924823" w:rsidRPr="009800BF" w:rsidRDefault="00000000" w:rsidP="00A73206">
      <w:pPr>
        <w:spacing w:after="80" w:line="360" w:lineRule="auto"/>
        <w:rPr>
          <w:lang w:val="pl-PL"/>
        </w:rPr>
      </w:pPr>
      <w:r w:rsidRPr="009800BF">
        <w:rPr>
          <w:lang w:val="pl-PL"/>
        </w:rPr>
        <w:t>9. □ Zobowiązuję się, w przypadku wyboru mojej oferty, do zawarcia umowy na warunkach określonych w Projekcie umowy oraz do przedłożenia dokumentów wymaganych przez Zamawiającego przed jej zawarciem.</w:t>
      </w:r>
    </w:p>
    <w:p w14:paraId="6C635A12" w14:textId="77777777" w:rsidR="00924823" w:rsidRPr="009800BF" w:rsidRDefault="00000000" w:rsidP="00A73206">
      <w:pPr>
        <w:spacing w:after="80" w:line="360" w:lineRule="auto"/>
        <w:rPr>
          <w:lang w:val="pl-PL"/>
        </w:rPr>
      </w:pPr>
      <w:r w:rsidRPr="009800BF">
        <w:rPr>
          <w:lang w:val="pl-PL"/>
        </w:rPr>
        <w:t>10. □ Pozostaję związany/a ofertą przez 30 dni od upływu terminu składania ofert, tj. do dnia 22 listopada 2026 r. włącznie.</w:t>
      </w:r>
    </w:p>
    <w:p w14:paraId="3A835382" w14:textId="77777777" w:rsidR="001063EB" w:rsidRPr="009800BF" w:rsidRDefault="00000000">
      <w:pPr>
        <w:rPr>
          <w:lang w:val="pl-PL"/>
        </w:rPr>
      </w:pPr>
      <w:r w:rsidRPr="009800BF">
        <w:rPr>
          <w:lang w:val="pl-PL"/>
        </w:rPr>
        <w:t>11. □ Przyjmuję do wiadomości, że Zamawiający, na zasadach określonych w Zapytaniu ofertowym, może podjąć uzasadnioną obiektywnymi okolicznościami decyzję o powierzeniu mi realizacji wyłącznie jednej części (jednego rejonu), pomimo złożenia oferty na większą liczbę części.</w:t>
      </w:r>
    </w:p>
    <w:p w14:paraId="5B277C84" w14:textId="77777777" w:rsidR="001063EB" w:rsidRPr="009800BF" w:rsidRDefault="00000000">
      <w:pPr>
        <w:rPr>
          <w:lang w:val="pl-PL"/>
        </w:rPr>
      </w:pPr>
      <w:r w:rsidRPr="009800BF">
        <w:rPr>
          <w:lang w:val="pl-PL"/>
        </w:rPr>
        <w:t>12. □ W przypadku oferty na kilka części wskażę, na żądanie Zamawiającego, przyporządkowanie sprzętu i operatorów do poszczególnych rejonów, zasoby wspólne, sprzęt rezerwowy oraz organizację zapewniającą jednoczesne wykonanie zleceń.</w:t>
      </w:r>
    </w:p>
    <w:p w14:paraId="14E0A913" w14:textId="77777777" w:rsidR="001063EB" w:rsidRPr="009800BF" w:rsidRDefault="00000000">
      <w:pPr>
        <w:rPr>
          <w:lang w:val="pl-PL"/>
        </w:rPr>
      </w:pPr>
      <w:r w:rsidRPr="009800BF">
        <w:rPr>
          <w:lang w:val="pl-PL"/>
        </w:rPr>
        <w:t>13. □ Akceptuję możliwość jednokrotnego przedłużenia umowy do 31 maja 2027 r. oraz uruchomienia prawa opcji obejmującego do 20% dodatkowych godzin dla przyznanej mi części zamówienia; za usługi wykonane w ramach opcji przysługuje wynagrodzenie obliczone według zaoferowanej ceny jednostkowej brutto za 1 godzinę, bez dodatkowego wynagrodzenia za samą gotowość.</w:t>
      </w:r>
    </w:p>
    <w:p w14:paraId="09C2FE92" w14:textId="77777777" w:rsidR="00924823" w:rsidRPr="009800BF" w:rsidRDefault="00000000" w:rsidP="008E735F">
      <w:pPr>
        <w:pStyle w:val="Nagwek1"/>
        <w:pBdr>
          <w:top w:val="single" w:sz="4" w:space="1" w:color="auto"/>
          <w:left w:val="single" w:sz="4" w:space="4" w:color="auto"/>
          <w:bottom w:val="single" w:sz="4" w:space="1" w:color="auto"/>
          <w:right w:val="single" w:sz="4" w:space="4" w:color="auto"/>
        </w:pBdr>
        <w:rPr>
          <w:lang w:val="pl-PL"/>
        </w:rPr>
      </w:pPr>
      <w:r w:rsidRPr="009800BF">
        <w:rPr>
          <w:lang w:val="pl-PL"/>
        </w:rPr>
        <w:t>IV. Wykaz podstawowego sprzętu przewidzianego do realizacji zamówienia</w:t>
      </w:r>
    </w:p>
    <w:p w14:paraId="18ACD127" w14:textId="77777777" w:rsidR="00924823" w:rsidRDefault="00000000" w:rsidP="00A73206">
      <w:pPr>
        <w:spacing w:after="80" w:line="360" w:lineRule="auto"/>
        <w:rPr>
          <w:lang w:val="pl-PL"/>
        </w:rPr>
      </w:pPr>
      <w:r w:rsidRPr="009800BF">
        <w:rPr>
          <w:lang w:val="pl-PL"/>
        </w:rPr>
        <w:t>Poniżej wskazuję sprzęt / pojazdy przewidziane do realizacji oferowanych części. Jeśli sprzęt albo operator jest przewidziany do więcej niż jednej części, należy zaznaczyć ten fakt i wskazać wszystkie części. W razie potrzeby wykaz można rozszerzyć na podpisanej dodatkowej stronie. Zamawiający może żądać informacji o operatorach, sprzęcie rezerwowym i organizacji równoległej obsługi rejonów.</w:t>
      </w:r>
    </w:p>
    <w:p w14:paraId="42516EF8" w14:textId="77777777" w:rsidR="009800BF" w:rsidRPr="009800BF" w:rsidRDefault="009800BF" w:rsidP="00A73206">
      <w:pPr>
        <w:spacing w:after="80" w:line="360" w:lineRule="auto"/>
        <w:rPr>
          <w:lang w:val="pl-PL"/>
        </w:rPr>
      </w:pPr>
    </w:p>
    <w:tbl>
      <w:tblPr>
        <w:tblStyle w:val="Tabela-Siatka"/>
        <w:tblW w:w="5000" w:type="pct"/>
        <w:jc w:val="center"/>
        <w:tblLook w:val="04A0" w:firstRow="1" w:lastRow="0" w:firstColumn="1" w:lastColumn="0" w:noHBand="0" w:noVBand="1"/>
      </w:tblPr>
      <w:tblGrid>
        <w:gridCol w:w="512"/>
        <w:gridCol w:w="732"/>
        <w:gridCol w:w="2633"/>
        <w:gridCol w:w="1826"/>
        <w:gridCol w:w="1315"/>
        <w:gridCol w:w="1900"/>
        <w:gridCol w:w="1826"/>
      </w:tblGrid>
      <w:tr w:rsidR="00924823" w:rsidRPr="009800BF" w14:paraId="59A75CB6" w14:textId="77777777" w:rsidTr="008E735F">
        <w:trPr>
          <w:cantSplit/>
          <w:jc w:val="center"/>
        </w:trPr>
        <w:tc>
          <w:tcPr>
            <w:tcW w:w="238" w:type="pct"/>
            <w:shd w:val="clear" w:color="auto" w:fill="D9E2F3"/>
            <w:tcMar>
              <w:top w:w="70" w:type="dxa"/>
              <w:left w:w="80" w:type="dxa"/>
              <w:bottom w:w="70" w:type="dxa"/>
              <w:right w:w="80" w:type="dxa"/>
            </w:tcMar>
            <w:vAlign w:val="center"/>
          </w:tcPr>
          <w:p w14:paraId="38E07BCB" w14:textId="77777777" w:rsidR="00924823" w:rsidRPr="009800BF" w:rsidRDefault="00000000">
            <w:pPr>
              <w:spacing w:after="0"/>
              <w:jc w:val="center"/>
              <w:rPr>
                <w:lang w:val="pl-PL"/>
              </w:rPr>
            </w:pPr>
            <w:r w:rsidRPr="009800BF">
              <w:rPr>
                <w:b/>
                <w:sz w:val="16"/>
                <w:lang w:val="pl-PL"/>
              </w:rPr>
              <w:lastRenderedPageBreak/>
              <w:t>Lp.</w:t>
            </w:r>
          </w:p>
        </w:tc>
        <w:tc>
          <w:tcPr>
            <w:tcW w:w="340" w:type="pct"/>
            <w:shd w:val="clear" w:color="auto" w:fill="D9E2F3"/>
            <w:tcMar>
              <w:top w:w="70" w:type="dxa"/>
              <w:left w:w="80" w:type="dxa"/>
              <w:bottom w:w="70" w:type="dxa"/>
              <w:right w:w="80" w:type="dxa"/>
            </w:tcMar>
            <w:vAlign w:val="center"/>
          </w:tcPr>
          <w:p w14:paraId="16F9DE2F" w14:textId="77777777" w:rsidR="001063EB" w:rsidRPr="009800BF" w:rsidRDefault="00000000">
            <w:pPr>
              <w:rPr>
                <w:lang w:val="pl-PL"/>
              </w:rPr>
            </w:pPr>
            <w:r w:rsidRPr="009800BF">
              <w:rPr>
                <w:lang w:val="pl-PL"/>
              </w:rPr>
              <w:t>Część / części (I–III)</w:t>
            </w:r>
          </w:p>
        </w:tc>
        <w:tc>
          <w:tcPr>
            <w:tcW w:w="1225" w:type="pct"/>
            <w:shd w:val="clear" w:color="auto" w:fill="D9E2F3"/>
            <w:tcMar>
              <w:top w:w="70" w:type="dxa"/>
              <w:left w:w="80" w:type="dxa"/>
              <w:bottom w:w="70" w:type="dxa"/>
              <w:right w:w="80" w:type="dxa"/>
            </w:tcMar>
            <w:vAlign w:val="center"/>
          </w:tcPr>
          <w:p w14:paraId="0ACD76D6" w14:textId="77777777" w:rsidR="00924823" w:rsidRPr="009800BF" w:rsidRDefault="00000000">
            <w:pPr>
              <w:spacing w:after="0"/>
              <w:jc w:val="center"/>
              <w:rPr>
                <w:lang w:val="pl-PL"/>
              </w:rPr>
            </w:pPr>
            <w:r w:rsidRPr="009800BF">
              <w:rPr>
                <w:b/>
                <w:sz w:val="16"/>
                <w:lang w:val="pl-PL"/>
              </w:rPr>
              <w:t>Rodzaj sprzętu / pojazdu</w:t>
            </w:r>
          </w:p>
        </w:tc>
        <w:tc>
          <w:tcPr>
            <w:tcW w:w="850" w:type="pct"/>
            <w:shd w:val="clear" w:color="auto" w:fill="D9E2F3"/>
            <w:tcMar>
              <w:top w:w="70" w:type="dxa"/>
              <w:left w:w="80" w:type="dxa"/>
              <w:bottom w:w="70" w:type="dxa"/>
              <w:right w:w="80" w:type="dxa"/>
            </w:tcMar>
            <w:vAlign w:val="center"/>
          </w:tcPr>
          <w:p w14:paraId="0754A758" w14:textId="77777777" w:rsidR="00924823" w:rsidRPr="009800BF" w:rsidRDefault="00000000">
            <w:pPr>
              <w:spacing w:after="0"/>
              <w:jc w:val="center"/>
              <w:rPr>
                <w:lang w:val="pl-PL"/>
              </w:rPr>
            </w:pPr>
            <w:r w:rsidRPr="009800BF">
              <w:rPr>
                <w:b/>
                <w:sz w:val="16"/>
                <w:lang w:val="pl-PL"/>
              </w:rPr>
              <w:t>Marka / model</w:t>
            </w:r>
          </w:p>
        </w:tc>
        <w:tc>
          <w:tcPr>
            <w:tcW w:w="612" w:type="pct"/>
            <w:shd w:val="clear" w:color="auto" w:fill="D9E2F3"/>
            <w:tcMar>
              <w:top w:w="70" w:type="dxa"/>
              <w:left w:w="80" w:type="dxa"/>
              <w:bottom w:w="70" w:type="dxa"/>
              <w:right w:w="80" w:type="dxa"/>
            </w:tcMar>
            <w:vAlign w:val="center"/>
          </w:tcPr>
          <w:p w14:paraId="55A485E7" w14:textId="77777777" w:rsidR="00924823" w:rsidRPr="009800BF" w:rsidRDefault="00000000">
            <w:pPr>
              <w:spacing w:after="0"/>
              <w:jc w:val="center"/>
              <w:rPr>
                <w:lang w:val="pl-PL"/>
              </w:rPr>
            </w:pPr>
            <w:r w:rsidRPr="009800BF">
              <w:rPr>
                <w:b/>
                <w:sz w:val="16"/>
                <w:lang w:val="pl-PL"/>
              </w:rPr>
              <w:t>Nr rej.</w:t>
            </w:r>
          </w:p>
        </w:tc>
        <w:tc>
          <w:tcPr>
            <w:tcW w:w="884" w:type="pct"/>
            <w:shd w:val="clear" w:color="auto" w:fill="D9E2F3"/>
            <w:tcMar>
              <w:top w:w="70" w:type="dxa"/>
              <w:left w:w="80" w:type="dxa"/>
              <w:bottom w:w="70" w:type="dxa"/>
              <w:right w:w="80" w:type="dxa"/>
            </w:tcMar>
            <w:vAlign w:val="center"/>
          </w:tcPr>
          <w:p w14:paraId="23B1CBD5" w14:textId="77777777" w:rsidR="00924823" w:rsidRPr="009800BF" w:rsidRDefault="00000000">
            <w:pPr>
              <w:spacing w:after="0"/>
              <w:jc w:val="center"/>
              <w:rPr>
                <w:lang w:val="pl-PL"/>
              </w:rPr>
            </w:pPr>
            <w:r w:rsidRPr="009800BF">
              <w:rPr>
                <w:b/>
                <w:sz w:val="16"/>
                <w:lang w:val="pl-PL"/>
              </w:rPr>
              <w:t>Tytuł dysponowania</w:t>
            </w:r>
          </w:p>
        </w:tc>
        <w:tc>
          <w:tcPr>
            <w:tcW w:w="850" w:type="pct"/>
            <w:shd w:val="clear" w:color="auto" w:fill="D9E2F3"/>
            <w:tcMar>
              <w:top w:w="70" w:type="dxa"/>
              <w:left w:w="80" w:type="dxa"/>
              <w:bottom w:w="70" w:type="dxa"/>
              <w:right w:w="80" w:type="dxa"/>
            </w:tcMar>
            <w:vAlign w:val="center"/>
          </w:tcPr>
          <w:p w14:paraId="76E566D8" w14:textId="77777777" w:rsidR="00924823" w:rsidRPr="009800BF" w:rsidRDefault="00000000">
            <w:pPr>
              <w:spacing w:after="0"/>
              <w:jc w:val="center"/>
              <w:rPr>
                <w:lang w:val="pl-PL"/>
              </w:rPr>
            </w:pPr>
            <w:r w:rsidRPr="009800BF">
              <w:rPr>
                <w:b/>
                <w:sz w:val="16"/>
                <w:lang w:val="pl-PL"/>
              </w:rPr>
              <w:t>Badanie techniczne ważne do</w:t>
            </w:r>
          </w:p>
        </w:tc>
      </w:tr>
      <w:tr w:rsidR="00924823" w:rsidRPr="009800BF" w14:paraId="00A76382" w14:textId="77777777" w:rsidTr="00D82B3E">
        <w:trPr>
          <w:cantSplit/>
          <w:trHeight w:val="556"/>
          <w:jc w:val="center"/>
        </w:trPr>
        <w:tc>
          <w:tcPr>
            <w:tcW w:w="238" w:type="pct"/>
            <w:tcMar>
              <w:top w:w="70" w:type="dxa"/>
              <w:left w:w="80" w:type="dxa"/>
              <w:bottom w:w="70" w:type="dxa"/>
              <w:right w:w="80" w:type="dxa"/>
            </w:tcMar>
            <w:vAlign w:val="center"/>
          </w:tcPr>
          <w:p w14:paraId="049C8FDB" w14:textId="77777777" w:rsidR="00924823" w:rsidRPr="009800BF" w:rsidRDefault="00000000">
            <w:pPr>
              <w:spacing w:after="0"/>
              <w:jc w:val="center"/>
              <w:rPr>
                <w:lang w:val="pl-PL"/>
              </w:rPr>
            </w:pPr>
            <w:r w:rsidRPr="009800BF">
              <w:rPr>
                <w:sz w:val="16"/>
                <w:lang w:val="pl-PL"/>
              </w:rPr>
              <w:t>1</w:t>
            </w:r>
          </w:p>
        </w:tc>
        <w:tc>
          <w:tcPr>
            <w:tcW w:w="340" w:type="pct"/>
            <w:tcMar>
              <w:top w:w="70" w:type="dxa"/>
              <w:left w:w="80" w:type="dxa"/>
              <w:bottom w:w="70" w:type="dxa"/>
              <w:right w:w="80" w:type="dxa"/>
            </w:tcMar>
            <w:vAlign w:val="center"/>
          </w:tcPr>
          <w:p w14:paraId="054780F4" w14:textId="77777777" w:rsidR="00924823" w:rsidRPr="009800BF" w:rsidRDefault="00924823">
            <w:pPr>
              <w:spacing w:after="0"/>
              <w:jc w:val="left"/>
              <w:rPr>
                <w:lang w:val="pl-PL"/>
              </w:rPr>
            </w:pPr>
          </w:p>
        </w:tc>
        <w:tc>
          <w:tcPr>
            <w:tcW w:w="1225" w:type="pct"/>
            <w:tcMar>
              <w:top w:w="70" w:type="dxa"/>
              <w:left w:w="80" w:type="dxa"/>
              <w:bottom w:w="70" w:type="dxa"/>
              <w:right w:w="80" w:type="dxa"/>
            </w:tcMar>
            <w:vAlign w:val="center"/>
          </w:tcPr>
          <w:p w14:paraId="232AD38E" w14:textId="77777777" w:rsidR="00924823" w:rsidRPr="009800BF" w:rsidRDefault="00924823">
            <w:pPr>
              <w:spacing w:after="0"/>
              <w:jc w:val="center"/>
              <w:rPr>
                <w:lang w:val="pl-PL"/>
              </w:rPr>
            </w:pPr>
          </w:p>
        </w:tc>
        <w:tc>
          <w:tcPr>
            <w:tcW w:w="850" w:type="pct"/>
            <w:tcMar>
              <w:top w:w="70" w:type="dxa"/>
              <w:left w:w="80" w:type="dxa"/>
              <w:bottom w:w="70" w:type="dxa"/>
              <w:right w:w="80" w:type="dxa"/>
            </w:tcMar>
            <w:vAlign w:val="center"/>
          </w:tcPr>
          <w:p w14:paraId="3D02A9EE" w14:textId="77777777" w:rsidR="00924823" w:rsidRPr="009800BF" w:rsidRDefault="00924823">
            <w:pPr>
              <w:spacing w:after="0"/>
              <w:jc w:val="center"/>
              <w:rPr>
                <w:lang w:val="pl-PL"/>
              </w:rPr>
            </w:pPr>
          </w:p>
        </w:tc>
        <w:tc>
          <w:tcPr>
            <w:tcW w:w="612" w:type="pct"/>
            <w:tcMar>
              <w:top w:w="70" w:type="dxa"/>
              <w:left w:w="80" w:type="dxa"/>
              <w:bottom w:w="70" w:type="dxa"/>
              <w:right w:w="80" w:type="dxa"/>
            </w:tcMar>
            <w:vAlign w:val="center"/>
          </w:tcPr>
          <w:p w14:paraId="2A3DE3E8" w14:textId="77777777" w:rsidR="00924823" w:rsidRPr="009800BF" w:rsidRDefault="00924823">
            <w:pPr>
              <w:spacing w:after="0"/>
              <w:jc w:val="center"/>
              <w:rPr>
                <w:lang w:val="pl-PL"/>
              </w:rPr>
            </w:pPr>
          </w:p>
        </w:tc>
        <w:tc>
          <w:tcPr>
            <w:tcW w:w="884" w:type="pct"/>
            <w:tcMar>
              <w:top w:w="70" w:type="dxa"/>
              <w:left w:w="80" w:type="dxa"/>
              <w:bottom w:w="70" w:type="dxa"/>
              <w:right w:w="80" w:type="dxa"/>
            </w:tcMar>
            <w:vAlign w:val="center"/>
          </w:tcPr>
          <w:p w14:paraId="235D09F5" w14:textId="77777777" w:rsidR="00924823" w:rsidRPr="009800BF" w:rsidRDefault="00924823">
            <w:pPr>
              <w:spacing w:after="0"/>
              <w:jc w:val="center"/>
              <w:rPr>
                <w:lang w:val="pl-PL"/>
              </w:rPr>
            </w:pPr>
          </w:p>
        </w:tc>
        <w:tc>
          <w:tcPr>
            <w:tcW w:w="850" w:type="pct"/>
            <w:tcMar>
              <w:top w:w="70" w:type="dxa"/>
              <w:left w:w="80" w:type="dxa"/>
              <w:bottom w:w="70" w:type="dxa"/>
              <w:right w:w="80" w:type="dxa"/>
            </w:tcMar>
            <w:vAlign w:val="center"/>
          </w:tcPr>
          <w:p w14:paraId="4353CB34" w14:textId="77777777" w:rsidR="00924823" w:rsidRPr="009800BF" w:rsidRDefault="00924823">
            <w:pPr>
              <w:spacing w:after="0"/>
              <w:jc w:val="center"/>
              <w:rPr>
                <w:lang w:val="pl-PL"/>
              </w:rPr>
            </w:pPr>
          </w:p>
        </w:tc>
      </w:tr>
      <w:tr w:rsidR="00924823" w:rsidRPr="009800BF" w14:paraId="3BDCA676" w14:textId="77777777" w:rsidTr="00D82B3E">
        <w:trPr>
          <w:cantSplit/>
          <w:trHeight w:val="693"/>
          <w:jc w:val="center"/>
        </w:trPr>
        <w:tc>
          <w:tcPr>
            <w:tcW w:w="238" w:type="pct"/>
            <w:tcMar>
              <w:top w:w="70" w:type="dxa"/>
              <w:left w:w="80" w:type="dxa"/>
              <w:bottom w:w="70" w:type="dxa"/>
              <w:right w:w="80" w:type="dxa"/>
            </w:tcMar>
            <w:vAlign w:val="center"/>
          </w:tcPr>
          <w:p w14:paraId="30A12EFF" w14:textId="77777777" w:rsidR="00924823" w:rsidRPr="009800BF" w:rsidRDefault="00000000">
            <w:pPr>
              <w:spacing w:after="0"/>
              <w:jc w:val="center"/>
              <w:rPr>
                <w:lang w:val="pl-PL"/>
              </w:rPr>
            </w:pPr>
            <w:r w:rsidRPr="009800BF">
              <w:rPr>
                <w:sz w:val="16"/>
                <w:lang w:val="pl-PL"/>
              </w:rPr>
              <w:t>2</w:t>
            </w:r>
          </w:p>
        </w:tc>
        <w:tc>
          <w:tcPr>
            <w:tcW w:w="340" w:type="pct"/>
            <w:tcMar>
              <w:top w:w="70" w:type="dxa"/>
              <w:left w:w="80" w:type="dxa"/>
              <w:bottom w:w="70" w:type="dxa"/>
              <w:right w:w="80" w:type="dxa"/>
            </w:tcMar>
            <w:vAlign w:val="center"/>
          </w:tcPr>
          <w:p w14:paraId="3294AC07" w14:textId="77777777" w:rsidR="00924823" w:rsidRPr="009800BF" w:rsidRDefault="00924823">
            <w:pPr>
              <w:spacing w:after="0"/>
              <w:jc w:val="left"/>
              <w:rPr>
                <w:lang w:val="pl-PL"/>
              </w:rPr>
            </w:pPr>
          </w:p>
        </w:tc>
        <w:tc>
          <w:tcPr>
            <w:tcW w:w="1225" w:type="pct"/>
            <w:tcMar>
              <w:top w:w="70" w:type="dxa"/>
              <w:left w:w="80" w:type="dxa"/>
              <w:bottom w:w="70" w:type="dxa"/>
              <w:right w:w="80" w:type="dxa"/>
            </w:tcMar>
            <w:vAlign w:val="center"/>
          </w:tcPr>
          <w:p w14:paraId="0C986126" w14:textId="77777777" w:rsidR="00924823" w:rsidRPr="009800BF" w:rsidRDefault="00924823">
            <w:pPr>
              <w:spacing w:after="0"/>
              <w:jc w:val="center"/>
              <w:rPr>
                <w:lang w:val="pl-PL"/>
              </w:rPr>
            </w:pPr>
          </w:p>
        </w:tc>
        <w:tc>
          <w:tcPr>
            <w:tcW w:w="850" w:type="pct"/>
            <w:tcMar>
              <w:top w:w="70" w:type="dxa"/>
              <w:left w:w="80" w:type="dxa"/>
              <w:bottom w:w="70" w:type="dxa"/>
              <w:right w:w="80" w:type="dxa"/>
            </w:tcMar>
            <w:vAlign w:val="center"/>
          </w:tcPr>
          <w:p w14:paraId="4CD3AD68" w14:textId="77777777" w:rsidR="00924823" w:rsidRPr="009800BF" w:rsidRDefault="00924823">
            <w:pPr>
              <w:spacing w:after="0"/>
              <w:jc w:val="center"/>
              <w:rPr>
                <w:lang w:val="pl-PL"/>
              </w:rPr>
            </w:pPr>
          </w:p>
        </w:tc>
        <w:tc>
          <w:tcPr>
            <w:tcW w:w="612" w:type="pct"/>
            <w:tcMar>
              <w:top w:w="70" w:type="dxa"/>
              <w:left w:w="80" w:type="dxa"/>
              <w:bottom w:w="70" w:type="dxa"/>
              <w:right w:w="80" w:type="dxa"/>
            </w:tcMar>
            <w:vAlign w:val="center"/>
          </w:tcPr>
          <w:p w14:paraId="6FB0529F" w14:textId="77777777" w:rsidR="00924823" w:rsidRPr="009800BF" w:rsidRDefault="00924823">
            <w:pPr>
              <w:spacing w:after="0"/>
              <w:jc w:val="center"/>
              <w:rPr>
                <w:lang w:val="pl-PL"/>
              </w:rPr>
            </w:pPr>
          </w:p>
        </w:tc>
        <w:tc>
          <w:tcPr>
            <w:tcW w:w="884" w:type="pct"/>
            <w:tcMar>
              <w:top w:w="70" w:type="dxa"/>
              <w:left w:w="80" w:type="dxa"/>
              <w:bottom w:w="70" w:type="dxa"/>
              <w:right w:w="80" w:type="dxa"/>
            </w:tcMar>
            <w:vAlign w:val="center"/>
          </w:tcPr>
          <w:p w14:paraId="5A5E8C34" w14:textId="77777777" w:rsidR="00924823" w:rsidRPr="009800BF" w:rsidRDefault="00924823">
            <w:pPr>
              <w:spacing w:after="0"/>
              <w:jc w:val="center"/>
              <w:rPr>
                <w:lang w:val="pl-PL"/>
              </w:rPr>
            </w:pPr>
          </w:p>
        </w:tc>
        <w:tc>
          <w:tcPr>
            <w:tcW w:w="850" w:type="pct"/>
            <w:tcMar>
              <w:top w:w="70" w:type="dxa"/>
              <w:left w:w="80" w:type="dxa"/>
              <w:bottom w:w="70" w:type="dxa"/>
              <w:right w:w="80" w:type="dxa"/>
            </w:tcMar>
            <w:vAlign w:val="center"/>
          </w:tcPr>
          <w:p w14:paraId="78359D33" w14:textId="77777777" w:rsidR="00924823" w:rsidRPr="009800BF" w:rsidRDefault="00924823">
            <w:pPr>
              <w:spacing w:after="0"/>
              <w:jc w:val="center"/>
              <w:rPr>
                <w:lang w:val="pl-PL"/>
              </w:rPr>
            </w:pPr>
          </w:p>
        </w:tc>
      </w:tr>
      <w:tr w:rsidR="00924823" w:rsidRPr="009800BF" w14:paraId="2C59167D" w14:textId="77777777" w:rsidTr="00D82B3E">
        <w:trPr>
          <w:cantSplit/>
          <w:trHeight w:val="689"/>
          <w:jc w:val="center"/>
        </w:trPr>
        <w:tc>
          <w:tcPr>
            <w:tcW w:w="238" w:type="pct"/>
            <w:tcMar>
              <w:top w:w="70" w:type="dxa"/>
              <w:left w:w="80" w:type="dxa"/>
              <w:bottom w:w="70" w:type="dxa"/>
              <w:right w:w="80" w:type="dxa"/>
            </w:tcMar>
            <w:vAlign w:val="center"/>
          </w:tcPr>
          <w:p w14:paraId="1AEADD4D" w14:textId="77777777" w:rsidR="00924823" w:rsidRPr="009800BF" w:rsidRDefault="00000000">
            <w:pPr>
              <w:spacing w:after="0"/>
              <w:jc w:val="center"/>
              <w:rPr>
                <w:lang w:val="pl-PL"/>
              </w:rPr>
            </w:pPr>
            <w:r w:rsidRPr="009800BF">
              <w:rPr>
                <w:sz w:val="16"/>
                <w:lang w:val="pl-PL"/>
              </w:rPr>
              <w:t>3</w:t>
            </w:r>
          </w:p>
        </w:tc>
        <w:tc>
          <w:tcPr>
            <w:tcW w:w="340" w:type="pct"/>
            <w:tcMar>
              <w:top w:w="70" w:type="dxa"/>
              <w:left w:w="80" w:type="dxa"/>
              <w:bottom w:w="70" w:type="dxa"/>
              <w:right w:w="80" w:type="dxa"/>
            </w:tcMar>
            <w:vAlign w:val="center"/>
          </w:tcPr>
          <w:p w14:paraId="3F38A40C" w14:textId="77777777" w:rsidR="00924823" w:rsidRPr="009800BF" w:rsidRDefault="00924823">
            <w:pPr>
              <w:spacing w:after="0"/>
              <w:jc w:val="left"/>
              <w:rPr>
                <w:lang w:val="pl-PL"/>
              </w:rPr>
            </w:pPr>
          </w:p>
        </w:tc>
        <w:tc>
          <w:tcPr>
            <w:tcW w:w="1225" w:type="pct"/>
            <w:tcMar>
              <w:top w:w="70" w:type="dxa"/>
              <w:left w:w="80" w:type="dxa"/>
              <w:bottom w:w="70" w:type="dxa"/>
              <w:right w:w="80" w:type="dxa"/>
            </w:tcMar>
            <w:vAlign w:val="center"/>
          </w:tcPr>
          <w:p w14:paraId="7AFA285D" w14:textId="77777777" w:rsidR="00924823" w:rsidRPr="009800BF" w:rsidRDefault="00924823">
            <w:pPr>
              <w:spacing w:after="0"/>
              <w:jc w:val="center"/>
              <w:rPr>
                <w:lang w:val="pl-PL"/>
              </w:rPr>
            </w:pPr>
          </w:p>
        </w:tc>
        <w:tc>
          <w:tcPr>
            <w:tcW w:w="850" w:type="pct"/>
            <w:tcMar>
              <w:top w:w="70" w:type="dxa"/>
              <w:left w:w="80" w:type="dxa"/>
              <w:bottom w:w="70" w:type="dxa"/>
              <w:right w:w="80" w:type="dxa"/>
            </w:tcMar>
            <w:vAlign w:val="center"/>
          </w:tcPr>
          <w:p w14:paraId="69EB66FA" w14:textId="77777777" w:rsidR="00924823" w:rsidRPr="009800BF" w:rsidRDefault="00924823">
            <w:pPr>
              <w:spacing w:after="0"/>
              <w:jc w:val="center"/>
              <w:rPr>
                <w:lang w:val="pl-PL"/>
              </w:rPr>
            </w:pPr>
          </w:p>
        </w:tc>
        <w:tc>
          <w:tcPr>
            <w:tcW w:w="612" w:type="pct"/>
            <w:tcMar>
              <w:top w:w="70" w:type="dxa"/>
              <w:left w:w="80" w:type="dxa"/>
              <w:bottom w:w="70" w:type="dxa"/>
              <w:right w:w="80" w:type="dxa"/>
            </w:tcMar>
            <w:vAlign w:val="center"/>
          </w:tcPr>
          <w:p w14:paraId="06DA73F1" w14:textId="77777777" w:rsidR="00924823" w:rsidRPr="009800BF" w:rsidRDefault="00924823">
            <w:pPr>
              <w:spacing w:after="0"/>
              <w:jc w:val="center"/>
              <w:rPr>
                <w:lang w:val="pl-PL"/>
              </w:rPr>
            </w:pPr>
          </w:p>
        </w:tc>
        <w:tc>
          <w:tcPr>
            <w:tcW w:w="884" w:type="pct"/>
            <w:tcMar>
              <w:top w:w="70" w:type="dxa"/>
              <w:left w:w="80" w:type="dxa"/>
              <w:bottom w:w="70" w:type="dxa"/>
              <w:right w:w="80" w:type="dxa"/>
            </w:tcMar>
            <w:vAlign w:val="center"/>
          </w:tcPr>
          <w:p w14:paraId="059EA657" w14:textId="77777777" w:rsidR="00924823" w:rsidRPr="009800BF" w:rsidRDefault="00924823">
            <w:pPr>
              <w:spacing w:after="0"/>
              <w:jc w:val="center"/>
              <w:rPr>
                <w:lang w:val="pl-PL"/>
              </w:rPr>
            </w:pPr>
          </w:p>
        </w:tc>
        <w:tc>
          <w:tcPr>
            <w:tcW w:w="850" w:type="pct"/>
            <w:tcMar>
              <w:top w:w="70" w:type="dxa"/>
              <w:left w:w="80" w:type="dxa"/>
              <w:bottom w:w="70" w:type="dxa"/>
              <w:right w:w="80" w:type="dxa"/>
            </w:tcMar>
            <w:vAlign w:val="center"/>
          </w:tcPr>
          <w:p w14:paraId="32601D84" w14:textId="77777777" w:rsidR="00924823" w:rsidRPr="009800BF" w:rsidRDefault="00924823">
            <w:pPr>
              <w:spacing w:after="0"/>
              <w:jc w:val="center"/>
              <w:rPr>
                <w:lang w:val="pl-PL"/>
              </w:rPr>
            </w:pPr>
          </w:p>
        </w:tc>
      </w:tr>
      <w:tr w:rsidR="00924823" w:rsidRPr="009800BF" w14:paraId="3888A296" w14:textId="77777777" w:rsidTr="00D82B3E">
        <w:trPr>
          <w:cantSplit/>
          <w:trHeight w:val="614"/>
          <w:jc w:val="center"/>
        </w:trPr>
        <w:tc>
          <w:tcPr>
            <w:tcW w:w="238" w:type="pct"/>
            <w:tcMar>
              <w:top w:w="70" w:type="dxa"/>
              <w:left w:w="80" w:type="dxa"/>
              <w:bottom w:w="70" w:type="dxa"/>
              <w:right w:w="80" w:type="dxa"/>
            </w:tcMar>
            <w:vAlign w:val="center"/>
          </w:tcPr>
          <w:p w14:paraId="70C08276" w14:textId="77777777" w:rsidR="00924823" w:rsidRPr="009800BF" w:rsidRDefault="00000000">
            <w:pPr>
              <w:spacing w:after="0"/>
              <w:jc w:val="center"/>
              <w:rPr>
                <w:lang w:val="pl-PL"/>
              </w:rPr>
            </w:pPr>
            <w:r w:rsidRPr="009800BF">
              <w:rPr>
                <w:sz w:val="16"/>
                <w:lang w:val="pl-PL"/>
              </w:rPr>
              <w:t>4</w:t>
            </w:r>
          </w:p>
        </w:tc>
        <w:tc>
          <w:tcPr>
            <w:tcW w:w="340" w:type="pct"/>
            <w:tcMar>
              <w:top w:w="70" w:type="dxa"/>
              <w:left w:w="80" w:type="dxa"/>
              <w:bottom w:w="70" w:type="dxa"/>
              <w:right w:w="80" w:type="dxa"/>
            </w:tcMar>
            <w:vAlign w:val="center"/>
          </w:tcPr>
          <w:p w14:paraId="2459ECE5" w14:textId="77777777" w:rsidR="00924823" w:rsidRPr="009800BF" w:rsidRDefault="00924823">
            <w:pPr>
              <w:spacing w:after="0"/>
              <w:jc w:val="left"/>
              <w:rPr>
                <w:lang w:val="pl-PL"/>
              </w:rPr>
            </w:pPr>
          </w:p>
        </w:tc>
        <w:tc>
          <w:tcPr>
            <w:tcW w:w="1225" w:type="pct"/>
            <w:tcMar>
              <w:top w:w="70" w:type="dxa"/>
              <w:left w:w="80" w:type="dxa"/>
              <w:bottom w:w="70" w:type="dxa"/>
              <w:right w:w="80" w:type="dxa"/>
            </w:tcMar>
            <w:vAlign w:val="center"/>
          </w:tcPr>
          <w:p w14:paraId="28E1C2C4" w14:textId="77777777" w:rsidR="00924823" w:rsidRPr="009800BF" w:rsidRDefault="00924823">
            <w:pPr>
              <w:spacing w:after="0"/>
              <w:jc w:val="center"/>
              <w:rPr>
                <w:lang w:val="pl-PL"/>
              </w:rPr>
            </w:pPr>
          </w:p>
        </w:tc>
        <w:tc>
          <w:tcPr>
            <w:tcW w:w="850" w:type="pct"/>
            <w:tcMar>
              <w:top w:w="70" w:type="dxa"/>
              <w:left w:w="80" w:type="dxa"/>
              <w:bottom w:w="70" w:type="dxa"/>
              <w:right w:w="80" w:type="dxa"/>
            </w:tcMar>
            <w:vAlign w:val="center"/>
          </w:tcPr>
          <w:p w14:paraId="77F9AE2B" w14:textId="77777777" w:rsidR="00924823" w:rsidRPr="009800BF" w:rsidRDefault="00924823">
            <w:pPr>
              <w:spacing w:after="0"/>
              <w:jc w:val="center"/>
              <w:rPr>
                <w:lang w:val="pl-PL"/>
              </w:rPr>
            </w:pPr>
          </w:p>
        </w:tc>
        <w:tc>
          <w:tcPr>
            <w:tcW w:w="612" w:type="pct"/>
            <w:tcMar>
              <w:top w:w="70" w:type="dxa"/>
              <w:left w:w="80" w:type="dxa"/>
              <w:bottom w:w="70" w:type="dxa"/>
              <w:right w:w="80" w:type="dxa"/>
            </w:tcMar>
            <w:vAlign w:val="center"/>
          </w:tcPr>
          <w:p w14:paraId="409BA713" w14:textId="77777777" w:rsidR="00924823" w:rsidRPr="009800BF" w:rsidRDefault="00924823">
            <w:pPr>
              <w:spacing w:after="0"/>
              <w:jc w:val="center"/>
              <w:rPr>
                <w:lang w:val="pl-PL"/>
              </w:rPr>
            </w:pPr>
          </w:p>
        </w:tc>
        <w:tc>
          <w:tcPr>
            <w:tcW w:w="884" w:type="pct"/>
            <w:tcMar>
              <w:top w:w="70" w:type="dxa"/>
              <w:left w:w="80" w:type="dxa"/>
              <w:bottom w:w="70" w:type="dxa"/>
              <w:right w:w="80" w:type="dxa"/>
            </w:tcMar>
            <w:vAlign w:val="center"/>
          </w:tcPr>
          <w:p w14:paraId="2E655CB2" w14:textId="77777777" w:rsidR="00924823" w:rsidRPr="009800BF" w:rsidRDefault="00924823">
            <w:pPr>
              <w:spacing w:after="0"/>
              <w:jc w:val="center"/>
              <w:rPr>
                <w:lang w:val="pl-PL"/>
              </w:rPr>
            </w:pPr>
          </w:p>
        </w:tc>
        <w:tc>
          <w:tcPr>
            <w:tcW w:w="850" w:type="pct"/>
            <w:tcMar>
              <w:top w:w="70" w:type="dxa"/>
              <w:left w:w="80" w:type="dxa"/>
              <w:bottom w:w="70" w:type="dxa"/>
              <w:right w:w="80" w:type="dxa"/>
            </w:tcMar>
            <w:vAlign w:val="center"/>
          </w:tcPr>
          <w:p w14:paraId="01A1D583" w14:textId="77777777" w:rsidR="00924823" w:rsidRPr="009800BF" w:rsidRDefault="00924823">
            <w:pPr>
              <w:spacing w:after="0"/>
              <w:jc w:val="center"/>
              <w:rPr>
                <w:lang w:val="pl-PL"/>
              </w:rPr>
            </w:pPr>
          </w:p>
        </w:tc>
      </w:tr>
    </w:tbl>
    <w:p w14:paraId="6CD21D79" w14:textId="77777777" w:rsidR="001063EB" w:rsidRPr="009800BF" w:rsidRDefault="00000000">
      <w:pPr>
        <w:rPr>
          <w:lang w:val="pl-PL"/>
        </w:rPr>
      </w:pPr>
      <w:r w:rsidRPr="009800BF">
        <w:rPr>
          <w:lang w:val="pl-PL"/>
        </w:rPr>
        <w:t>Czy ten sam sprzęt lub operator ma obsługiwać więcej niż jeden rejon?  □ TAK  □ NIE  □ NIE DOTYCZY. Jeśli TAK, opisać sposób zapewnienia równoczesnej gotowości: ..........................................................................................</w:t>
      </w:r>
    </w:p>
    <w:p w14:paraId="53C18D1D" w14:textId="77777777" w:rsidR="00924823" w:rsidRPr="009800BF" w:rsidRDefault="00000000">
      <w:pPr>
        <w:pStyle w:val="Nagwek1"/>
        <w:rPr>
          <w:lang w:val="pl-PL"/>
        </w:rPr>
      </w:pPr>
      <w:r w:rsidRPr="009800BF">
        <w:rPr>
          <w:lang w:val="pl-PL"/>
        </w:rPr>
        <w:t>V. Informacje do kontaktu przy realizacji usługi</w:t>
      </w:r>
    </w:p>
    <w:p w14:paraId="434F6993" w14:textId="77777777" w:rsidR="00924823" w:rsidRPr="009800BF" w:rsidRDefault="00000000" w:rsidP="00A73206">
      <w:pPr>
        <w:spacing w:after="60" w:line="360" w:lineRule="auto"/>
        <w:jc w:val="left"/>
        <w:rPr>
          <w:lang w:val="pl-PL"/>
        </w:rPr>
      </w:pPr>
      <w:r w:rsidRPr="009800BF">
        <w:rPr>
          <w:lang w:val="pl-PL"/>
        </w:rPr>
        <w:t>Osoba odpowiedzialna za przyjmowanie zleceń Zamawiającego: ............................................................................................</w:t>
      </w:r>
      <w:r w:rsidR="008E735F" w:rsidRPr="009800BF">
        <w:rPr>
          <w:lang w:val="pl-PL"/>
        </w:rPr>
        <w:t>...............</w:t>
      </w:r>
    </w:p>
    <w:p w14:paraId="589216A6" w14:textId="77777777" w:rsidR="00924823" w:rsidRPr="009800BF" w:rsidRDefault="00000000" w:rsidP="00A73206">
      <w:pPr>
        <w:spacing w:after="60" w:line="360" w:lineRule="auto"/>
        <w:jc w:val="left"/>
        <w:rPr>
          <w:lang w:val="pl-PL"/>
        </w:rPr>
      </w:pPr>
      <w:r w:rsidRPr="009800BF">
        <w:rPr>
          <w:lang w:val="pl-PL"/>
        </w:rPr>
        <w:t>Telefon dostępny w okresie prowadzenia akcji zimowej: ........................................................................................................</w:t>
      </w:r>
      <w:r w:rsidR="008E735F" w:rsidRPr="009800BF">
        <w:rPr>
          <w:lang w:val="pl-PL"/>
        </w:rPr>
        <w:t>................</w:t>
      </w:r>
    </w:p>
    <w:p w14:paraId="777BCDDF" w14:textId="77777777" w:rsidR="00924823" w:rsidRPr="009800BF" w:rsidRDefault="00000000" w:rsidP="00A73206">
      <w:pPr>
        <w:spacing w:after="140" w:line="360" w:lineRule="auto"/>
        <w:jc w:val="left"/>
        <w:rPr>
          <w:lang w:val="pl-PL"/>
        </w:rPr>
      </w:pPr>
      <w:r w:rsidRPr="009800BF">
        <w:rPr>
          <w:lang w:val="pl-PL"/>
        </w:rPr>
        <w:t>Dodatkowy numer telefonu (jeżeli dotyczy): ...........................................................................................................................</w:t>
      </w:r>
      <w:r w:rsidR="008E735F" w:rsidRPr="009800BF">
        <w:rPr>
          <w:lang w:val="pl-PL"/>
        </w:rPr>
        <w:t>................</w:t>
      </w:r>
    </w:p>
    <w:p w14:paraId="6395CF9B" w14:textId="77777777" w:rsidR="00924823" w:rsidRPr="009800BF" w:rsidRDefault="00000000" w:rsidP="00A73206">
      <w:pPr>
        <w:pStyle w:val="Nagwek1"/>
        <w:spacing w:line="360" w:lineRule="auto"/>
        <w:rPr>
          <w:lang w:val="pl-PL"/>
        </w:rPr>
      </w:pPr>
      <w:r w:rsidRPr="009800BF">
        <w:rPr>
          <w:lang w:val="pl-PL"/>
        </w:rPr>
        <w:t>VI. Wykaz dokumentów składanych wraz z ofertą</w:t>
      </w:r>
    </w:p>
    <w:p w14:paraId="054A6739" w14:textId="77777777" w:rsidR="00924823" w:rsidRPr="009800BF" w:rsidRDefault="00000000" w:rsidP="00A73206">
      <w:pPr>
        <w:spacing w:after="60" w:line="360" w:lineRule="auto"/>
        <w:rPr>
          <w:lang w:val="pl-PL"/>
        </w:rPr>
      </w:pPr>
      <w:r w:rsidRPr="009800BF">
        <w:rPr>
          <w:lang w:val="pl-PL"/>
        </w:rPr>
        <w:t>□ wypełniony i podpisany Formularz ofertowy wraz z oświadczeniami;</w:t>
      </w:r>
    </w:p>
    <w:p w14:paraId="12669721" w14:textId="77777777" w:rsidR="001063EB" w:rsidRPr="009800BF" w:rsidRDefault="00000000">
      <w:pPr>
        <w:rPr>
          <w:lang w:val="pl-PL"/>
        </w:rPr>
      </w:pPr>
      <w:r w:rsidRPr="009800BF">
        <w:rPr>
          <w:lang w:val="pl-PL"/>
        </w:rPr>
        <w:t>□ wykaz sprzętu przypisanego do oferowanych części (w niniejszym formularzu lub dodatkowym podpisanym arkuszu);</w:t>
      </w:r>
    </w:p>
    <w:p w14:paraId="04C080EB" w14:textId="77777777" w:rsidR="00924823" w:rsidRPr="009800BF" w:rsidRDefault="00000000" w:rsidP="00A73206">
      <w:pPr>
        <w:spacing w:after="60" w:line="360" w:lineRule="auto"/>
        <w:rPr>
          <w:lang w:val="pl-PL"/>
        </w:rPr>
      </w:pPr>
      <w:r w:rsidRPr="009800BF">
        <w:rPr>
          <w:lang w:val="pl-PL"/>
        </w:rPr>
        <w:t>□ pełnomocnictwo lub inny dokument potwierdzający umocowanie osoby podpisującej ofertę, jeżeli umocowanie nie wynika z ogólnodostępnego rejestru;</w:t>
      </w:r>
    </w:p>
    <w:p w14:paraId="681E6620" w14:textId="77777777" w:rsidR="00924823" w:rsidRPr="009800BF" w:rsidRDefault="00000000" w:rsidP="00A73206">
      <w:pPr>
        <w:spacing w:after="60" w:line="360" w:lineRule="auto"/>
        <w:rPr>
          <w:lang w:val="pl-PL"/>
        </w:rPr>
      </w:pPr>
      <w:r w:rsidRPr="009800BF">
        <w:rPr>
          <w:lang w:val="pl-PL"/>
        </w:rPr>
        <w:t>□ inne dokumenty, jeżeli Wykonawca uzna je za niezbędne do wyjaśnienia treści oferty.</w:t>
      </w:r>
    </w:p>
    <w:p w14:paraId="7140C0A6" w14:textId="77777777" w:rsidR="00924823" w:rsidRPr="009800BF" w:rsidRDefault="00000000" w:rsidP="00A73206">
      <w:pPr>
        <w:spacing w:after="140" w:line="360" w:lineRule="auto"/>
        <w:rPr>
          <w:lang w:val="pl-PL"/>
        </w:rPr>
      </w:pPr>
      <w:r w:rsidRPr="009800BF">
        <w:rPr>
          <w:lang w:val="pl-PL"/>
        </w:rPr>
        <w:t>Dokumenty dotyczące sprzętu, aktualnych badań technicznych, ubezpieczenia OC pojazdów oraz polisy OC działalności są przedkładane na wezwanie Zamawiającego zgodnie z Zapytaniem ofertowym.</w:t>
      </w:r>
    </w:p>
    <w:p w14:paraId="5C2B9724" w14:textId="77777777" w:rsidR="0037199F" w:rsidRPr="009800BF" w:rsidRDefault="0037199F" w:rsidP="0037199F">
      <w:pPr>
        <w:spacing w:after="140" w:line="276" w:lineRule="auto"/>
        <w:rPr>
          <w:lang w:val="pl-PL"/>
        </w:rPr>
      </w:pPr>
    </w:p>
    <w:p w14:paraId="0F521D38" w14:textId="77777777" w:rsidR="00924823" w:rsidRPr="009800BF" w:rsidRDefault="00000000">
      <w:pPr>
        <w:pStyle w:val="Nagwek1"/>
        <w:rPr>
          <w:lang w:val="pl-PL"/>
        </w:rPr>
      </w:pPr>
      <w:r w:rsidRPr="009800BF">
        <w:rPr>
          <w:lang w:val="pl-PL"/>
        </w:rPr>
        <w:t>VII. Oświadczenie końcowe</w:t>
      </w:r>
    </w:p>
    <w:p w14:paraId="5C37985A" w14:textId="77777777" w:rsidR="00924823" w:rsidRPr="009800BF" w:rsidRDefault="00000000" w:rsidP="00A73206">
      <w:pPr>
        <w:spacing w:after="240" w:line="360" w:lineRule="auto"/>
        <w:rPr>
          <w:lang w:val="pl-PL"/>
        </w:rPr>
      </w:pPr>
      <w:r w:rsidRPr="009800BF">
        <w:rPr>
          <w:lang w:val="pl-PL"/>
        </w:rPr>
        <w:t>Oświadczam, że wszystkie informacje podane w niniejszym Formularzu ofertowym oraz załącznikach są aktualne i zgodne ze stanem faktycznym. Potwierdzam zakres zaznaczonych części, zaoferowane ceny i wykazane zasoby oraz umocowanie osoby podpisującej ofertę.</w:t>
      </w:r>
    </w:p>
    <w:tbl>
      <w:tblPr>
        <w:tblW w:w="0" w:type="auto"/>
        <w:jc w:val="center"/>
        <w:tblLook w:val="04A0" w:firstRow="1" w:lastRow="0" w:firstColumn="1" w:lastColumn="0" w:noHBand="0" w:noVBand="1"/>
      </w:tblPr>
      <w:tblGrid>
        <w:gridCol w:w="5292"/>
        <w:gridCol w:w="5292"/>
      </w:tblGrid>
      <w:tr w:rsidR="00924823" w:rsidRPr="009800BF" w14:paraId="7E35D851" w14:textId="77777777">
        <w:trPr>
          <w:cantSplit/>
          <w:jc w:val="center"/>
        </w:trPr>
        <w:tc>
          <w:tcPr>
            <w:tcW w:w="5292" w:type="dxa"/>
            <w:tcMar>
              <w:top w:w="60" w:type="dxa"/>
              <w:left w:w="0" w:type="dxa"/>
              <w:bottom w:w="0" w:type="dxa"/>
              <w:right w:w="80" w:type="dxa"/>
            </w:tcMar>
          </w:tcPr>
          <w:p w14:paraId="5BDC9893" w14:textId="77777777" w:rsidR="00A37BDA" w:rsidRPr="009800BF" w:rsidRDefault="00000000">
            <w:pPr>
              <w:spacing w:after="0"/>
              <w:jc w:val="center"/>
              <w:rPr>
                <w:sz w:val="18"/>
                <w:lang w:val="pl-PL"/>
              </w:rPr>
            </w:pPr>
            <w:r w:rsidRPr="009800BF">
              <w:rPr>
                <w:sz w:val="18"/>
                <w:lang w:val="pl-PL"/>
              </w:rPr>
              <w:t>Miejscowość i data:</w:t>
            </w:r>
            <w:r w:rsidRPr="009800BF">
              <w:rPr>
                <w:sz w:val="18"/>
                <w:lang w:val="pl-PL"/>
              </w:rPr>
              <w:br/>
            </w:r>
          </w:p>
          <w:p w14:paraId="38D61E1D" w14:textId="77777777" w:rsidR="00A37BDA" w:rsidRPr="009800BF" w:rsidRDefault="00A37BDA">
            <w:pPr>
              <w:spacing w:after="0"/>
              <w:jc w:val="center"/>
              <w:rPr>
                <w:sz w:val="18"/>
                <w:lang w:val="pl-PL"/>
              </w:rPr>
            </w:pPr>
          </w:p>
          <w:p w14:paraId="094E08CB" w14:textId="77777777" w:rsidR="00924823" w:rsidRPr="009800BF" w:rsidRDefault="00000000">
            <w:pPr>
              <w:spacing w:after="0"/>
              <w:jc w:val="center"/>
              <w:rPr>
                <w:lang w:val="pl-PL"/>
              </w:rPr>
            </w:pPr>
            <w:r w:rsidRPr="009800BF">
              <w:rPr>
                <w:sz w:val="18"/>
                <w:lang w:val="pl-PL"/>
              </w:rPr>
              <w:t>............................................................</w:t>
            </w:r>
          </w:p>
        </w:tc>
        <w:tc>
          <w:tcPr>
            <w:tcW w:w="5292" w:type="dxa"/>
            <w:tcMar>
              <w:top w:w="60" w:type="dxa"/>
              <w:left w:w="0" w:type="dxa"/>
              <w:bottom w:w="0" w:type="dxa"/>
              <w:right w:w="80" w:type="dxa"/>
            </w:tcMar>
          </w:tcPr>
          <w:p w14:paraId="11B40773" w14:textId="77777777" w:rsidR="00A37BDA" w:rsidRPr="009800BF" w:rsidRDefault="00000000">
            <w:pPr>
              <w:spacing w:after="0"/>
              <w:jc w:val="center"/>
              <w:rPr>
                <w:sz w:val="18"/>
                <w:lang w:val="pl-PL"/>
              </w:rPr>
            </w:pPr>
            <w:r w:rsidRPr="009800BF">
              <w:rPr>
                <w:sz w:val="18"/>
                <w:lang w:val="pl-PL"/>
              </w:rPr>
              <w:t>Podpis osoby / osób uprawnionych do reprezentacji Wykonawcy:</w:t>
            </w:r>
            <w:r w:rsidRPr="009800BF">
              <w:rPr>
                <w:sz w:val="18"/>
                <w:lang w:val="pl-PL"/>
              </w:rPr>
              <w:br/>
            </w:r>
          </w:p>
          <w:p w14:paraId="428E86FE" w14:textId="77777777" w:rsidR="00A37BDA" w:rsidRPr="009800BF" w:rsidRDefault="00A37BDA">
            <w:pPr>
              <w:spacing w:after="0"/>
              <w:jc w:val="center"/>
              <w:rPr>
                <w:sz w:val="18"/>
                <w:lang w:val="pl-PL"/>
              </w:rPr>
            </w:pPr>
          </w:p>
          <w:p w14:paraId="70DD8B4C" w14:textId="77777777" w:rsidR="00924823" w:rsidRPr="009800BF" w:rsidRDefault="00000000">
            <w:pPr>
              <w:spacing w:after="0"/>
              <w:jc w:val="center"/>
              <w:rPr>
                <w:lang w:val="pl-PL"/>
              </w:rPr>
            </w:pPr>
            <w:r w:rsidRPr="009800BF">
              <w:rPr>
                <w:sz w:val="18"/>
                <w:lang w:val="pl-PL"/>
              </w:rPr>
              <w:t>............................................................</w:t>
            </w:r>
          </w:p>
        </w:tc>
      </w:tr>
    </w:tbl>
    <w:p w14:paraId="72B8A96A" w14:textId="77777777" w:rsidR="00BB3E68" w:rsidRPr="009800BF" w:rsidRDefault="00BB3E68">
      <w:pPr>
        <w:rPr>
          <w:lang w:val="pl-PL"/>
        </w:rPr>
      </w:pPr>
    </w:p>
    <w:sectPr w:rsidR="00BB3E68" w:rsidRPr="009800BF" w:rsidSect="00034616">
      <w:footerReference w:type="default" r:id="rId8"/>
      <w:pgSz w:w="12240" w:h="15840"/>
      <w:pgMar w:top="720" w:right="828" w:bottom="720" w:left="828" w:header="283"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F66DA" w14:textId="77777777" w:rsidR="002D3911" w:rsidRDefault="002D3911">
      <w:pPr>
        <w:spacing w:after="0"/>
      </w:pPr>
      <w:r>
        <w:separator/>
      </w:r>
    </w:p>
  </w:endnote>
  <w:endnote w:type="continuationSeparator" w:id="0">
    <w:p w14:paraId="3CC47B41" w14:textId="77777777" w:rsidR="002D3911" w:rsidRDefault="002D39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9A0EC" w14:textId="77777777" w:rsidR="00924823" w:rsidRDefault="00000000">
    <w:pPr>
      <w:pStyle w:val="Stopka"/>
      <w:jc w:val="center"/>
    </w:pPr>
    <w:r>
      <w:rPr>
        <w:sz w:val="18"/>
      </w:rPr>
      <w:t xml:space="preserve">Strona </w:t>
    </w:r>
    <w:r>
      <w:fldChar w:fldCharType="begin"/>
    </w:r>
    <w:r>
      <w:instrText>PAGE</w:instrText>
    </w:r>
    <w:r>
      <w:fldChar w:fldCharType="separate"/>
    </w:r>
    <w:r w:rsidR="006C3443">
      <w:rPr>
        <w:noProof/>
      </w:rPr>
      <w:t>1</w:t>
    </w:r>
    <w:r>
      <w:fldChar w:fldCharType="end"/>
    </w:r>
    <w:r>
      <w:rPr>
        <w:sz w:val="18"/>
      </w:rPr>
      <w:t xml:space="preserve"> z </w:t>
    </w:r>
    <w:r>
      <w:fldChar w:fldCharType="begin"/>
    </w:r>
    <w:r>
      <w:instrText>NUMPAGES</w:instrText>
    </w:r>
    <w:r>
      <w:fldChar w:fldCharType="separate"/>
    </w:r>
    <w:r w:rsidR="006C3443">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D286C" w14:textId="77777777" w:rsidR="002D3911" w:rsidRDefault="002D3911">
      <w:pPr>
        <w:spacing w:after="0"/>
      </w:pPr>
      <w:r>
        <w:separator/>
      </w:r>
    </w:p>
  </w:footnote>
  <w:footnote w:type="continuationSeparator" w:id="0">
    <w:p w14:paraId="25EF670B" w14:textId="77777777" w:rsidR="002D3911" w:rsidRDefault="002D391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205414736">
    <w:abstractNumId w:val="8"/>
  </w:num>
  <w:num w:numId="2" w16cid:durableId="273287091">
    <w:abstractNumId w:val="6"/>
  </w:num>
  <w:num w:numId="3" w16cid:durableId="604191326">
    <w:abstractNumId w:val="5"/>
  </w:num>
  <w:num w:numId="4" w16cid:durableId="1722634752">
    <w:abstractNumId w:val="4"/>
  </w:num>
  <w:num w:numId="5" w16cid:durableId="736903938">
    <w:abstractNumId w:val="7"/>
  </w:num>
  <w:num w:numId="6" w16cid:durableId="1023244231">
    <w:abstractNumId w:val="3"/>
  </w:num>
  <w:num w:numId="7" w16cid:durableId="1390611247">
    <w:abstractNumId w:val="2"/>
  </w:num>
  <w:num w:numId="8" w16cid:durableId="350378355">
    <w:abstractNumId w:val="1"/>
  </w:num>
  <w:num w:numId="9" w16cid:durableId="1006059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63EB"/>
    <w:rsid w:val="0015074B"/>
    <w:rsid w:val="001720C0"/>
    <w:rsid w:val="0029639D"/>
    <w:rsid w:val="002D3911"/>
    <w:rsid w:val="00326F90"/>
    <w:rsid w:val="0037199F"/>
    <w:rsid w:val="003B000B"/>
    <w:rsid w:val="004D1E1B"/>
    <w:rsid w:val="006A4AA3"/>
    <w:rsid w:val="006C3443"/>
    <w:rsid w:val="0071096D"/>
    <w:rsid w:val="007E1B9E"/>
    <w:rsid w:val="008E735F"/>
    <w:rsid w:val="008E7C8B"/>
    <w:rsid w:val="008F0DBB"/>
    <w:rsid w:val="00924823"/>
    <w:rsid w:val="009800BF"/>
    <w:rsid w:val="00A37BDA"/>
    <w:rsid w:val="00A73206"/>
    <w:rsid w:val="00AA1D8D"/>
    <w:rsid w:val="00AE50CC"/>
    <w:rsid w:val="00B47730"/>
    <w:rsid w:val="00BB3E68"/>
    <w:rsid w:val="00C51DA1"/>
    <w:rsid w:val="00CB0664"/>
    <w:rsid w:val="00CD31F4"/>
    <w:rsid w:val="00D07B50"/>
    <w:rsid w:val="00D43A5E"/>
    <w:rsid w:val="00D82B3E"/>
    <w:rsid w:val="00DB5399"/>
    <w:rsid w:val="00EC15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7CD30E"/>
  <w14:defaultImageDpi w14:val="300"/>
  <w15:docId w15:val="{FFA22248-19C0-4F45-B8AB-266F41868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40" w:line="240" w:lineRule="auto"/>
      <w:jc w:val="both"/>
    </w:pPr>
    <w:rPr>
      <w:rFonts w:ascii="Times New Roman" w:eastAsia="Times New Roman" w:hAnsi="Times New Roman"/>
      <w:sz w:val="20"/>
    </w:rPr>
  </w:style>
  <w:style w:type="paragraph" w:styleId="Nagwek1">
    <w:name w:val="heading 1"/>
    <w:basedOn w:val="Normalny"/>
    <w:next w:val="Normalny"/>
    <w:link w:val="Nagwek1Znak"/>
    <w:uiPriority w:val="9"/>
    <w:qFormat/>
    <w:rsid w:val="00FC693F"/>
    <w:pPr>
      <w:keepNext/>
      <w:keepLines/>
      <w:spacing w:before="120" w:after="60"/>
      <w:outlineLvl w:val="0"/>
    </w:pPr>
    <w:rPr>
      <w:rFonts w:asciiTheme="majorHAnsi" w:eastAsiaTheme="majorEastAsia" w:hAnsiTheme="majorHAnsi" w:cstheme="majorBidi"/>
      <w:b/>
      <w:bCs/>
      <w:sz w:val="22"/>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1382</Words>
  <Characters>8297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15</cp:revision>
  <dcterms:created xsi:type="dcterms:W3CDTF">2013-12-23T23:15:00Z</dcterms:created>
  <dcterms:modified xsi:type="dcterms:W3CDTF">2026-10-20T06:03:00Z</dcterms:modified>
  <cp:category/>
</cp:coreProperties>
</file>